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DA7B7" w14:textId="77777777" w:rsidR="004F5087" w:rsidRPr="009B0F3A" w:rsidRDefault="005E6329">
      <w:pPr>
        <w:spacing w:after="40"/>
        <w:jc w:val="center"/>
        <w:rPr>
          <w:rFonts w:ascii="Poppins Medium" w:hAnsi="Poppins Medium" w:cs="Poppins Medium"/>
          <w:sz w:val="24"/>
          <w:szCs w:val="24"/>
        </w:rPr>
      </w:pPr>
      <w:r w:rsidRPr="009B0F3A">
        <w:rPr>
          <w:rFonts w:ascii="Poppins Medium" w:hAnsi="Poppins Medium" w:cs="Poppins Medium"/>
          <w:noProof/>
          <w:sz w:val="24"/>
          <w:szCs w:val="24"/>
        </w:rPr>
        <w:drawing>
          <wp:inline distT="0" distB="0" distL="0" distR="0" wp14:anchorId="22ED0590" wp14:editId="50535923">
            <wp:extent cx="1412240" cy="1412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_Logo(3).png"/>
                    <pic:cNvPicPr/>
                  </pic:nvPicPr>
                  <pic:blipFill>
                    <a:blip r:embed="rId8"/>
                    <a:stretch>
                      <a:fillRect/>
                    </a:stretch>
                  </pic:blipFill>
                  <pic:spPr>
                    <a:xfrm>
                      <a:off x="0" y="0"/>
                      <a:ext cx="1412253" cy="1412253"/>
                    </a:xfrm>
                    <a:prstGeom prst="rect">
                      <a:avLst/>
                    </a:prstGeom>
                  </pic:spPr>
                </pic:pic>
              </a:graphicData>
            </a:graphic>
          </wp:inline>
        </w:drawing>
      </w:r>
    </w:p>
    <w:p w14:paraId="5877E27C" w14:textId="77777777" w:rsidR="004F5087" w:rsidRPr="009B0F3A" w:rsidRDefault="005E6329">
      <w:pPr>
        <w:spacing w:after="40"/>
        <w:jc w:val="center"/>
        <w:rPr>
          <w:rFonts w:ascii="Poppins Medium" w:hAnsi="Poppins Medium" w:cs="Poppins Medium"/>
          <w:sz w:val="24"/>
          <w:szCs w:val="24"/>
        </w:rPr>
      </w:pPr>
      <w:r w:rsidRPr="009B0F3A">
        <w:rPr>
          <w:rFonts w:ascii="Poppins Medium" w:hAnsi="Poppins Medium" w:cs="Poppins Medium"/>
          <w:b/>
          <w:color w:val="174E2B"/>
          <w:sz w:val="24"/>
          <w:szCs w:val="24"/>
        </w:rPr>
        <w:t>REGLEMENT VOOR DE OPEN TENTOONSTELLING</w:t>
      </w:r>
    </w:p>
    <w:p w14:paraId="0A388212" w14:textId="2F88B3A0" w:rsidR="004F5087" w:rsidRDefault="00BD7EAC">
      <w:pPr>
        <w:spacing w:after="200"/>
        <w:jc w:val="center"/>
        <w:rPr>
          <w:rFonts w:ascii="Poppins Medium" w:hAnsi="Poppins Medium" w:cs="Poppins Medium"/>
          <w:b/>
          <w:sz w:val="24"/>
          <w:szCs w:val="24"/>
        </w:rPr>
      </w:pPr>
      <w:r>
        <w:rPr>
          <w:rFonts w:ascii="Poppins Medium" w:hAnsi="Poppins Medium" w:cs="Poppins Medium"/>
          <w:b/>
          <w:sz w:val="24"/>
          <w:szCs w:val="24"/>
        </w:rPr>
        <w:t xml:space="preserve">Vrijdag </w:t>
      </w:r>
      <w:r w:rsidRPr="009B0F3A">
        <w:rPr>
          <w:rFonts w:ascii="Poppins Medium" w:hAnsi="Poppins Medium" w:cs="Poppins Medium"/>
          <w:b/>
          <w:sz w:val="24"/>
          <w:szCs w:val="24"/>
        </w:rPr>
        <w:t xml:space="preserve">6 en </w:t>
      </w:r>
      <w:r>
        <w:rPr>
          <w:rFonts w:ascii="Poppins Medium" w:hAnsi="Poppins Medium" w:cs="Poppins Medium"/>
          <w:b/>
          <w:sz w:val="24"/>
          <w:szCs w:val="24"/>
        </w:rPr>
        <w:t xml:space="preserve">Zaterdag </w:t>
      </w:r>
      <w:r w:rsidRPr="009B0F3A">
        <w:rPr>
          <w:rFonts w:ascii="Poppins Medium" w:hAnsi="Poppins Medium" w:cs="Poppins Medium"/>
          <w:b/>
          <w:sz w:val="24"/>
          <w:szCs w:val="24"/>
        </w:rPr>
        <w:t>7 november 2026</w:t>
      </w:r>
    </w:p>
    <w:p w14:paraId="4EBB87B0" w14:textId="77777777" w:rsidR="009B0F3A" w:rsidRPr="009B0F3A" w:rsidRDefault="009B0F3A">
      <w:pPr>
        <w:spacing w:after="200"/>
        <w:jc w:val="center"/>
        <w:rPr>
          <w:rFonts w:ascii="Poppins Medium" w:hAnsi="Poppins Medium" w:cs="Poppins Medium"/>
          <w:sz w:val="24"/>
          <w:szCs w:val="24"/>
        </w:rPr>
      </w:pPr>
    </w:p>
    <w:p w14:paraId="34E2A9E8" w14:textId="77777777" w:rsidR="004F5087" w:rsidRDefault="005E6329">
      <w:pPr>
        <w:spacing w:after="60"/>
        <w:rPr>
          <w:rFonts w:ascii="Poppins Medium" w:hAnsi="Poppins Medium" w:cs="Poppins Medium"/>
          <w:sz w:val="24"/>
          <w:szCs w:val="24"/>
        </w:rPr>
      </w:pPr>
      <w:r w:rsidRPr="009B0F3A">
        <w:rPr>
          <w:rFonts w:ascii="Poppins Medium" w:hAnsi="Poppins Medium" w:cs="Poppins Medium"/>
          <w:b/>
          <w:color w:val="174E2B"/>
          <w:sz w:val="24"/>
          <w:szCs w:val="24"/>
        </w:rPr>
        <w:t xml:space="preserve">Locatie en data: </w:t>
      </w:r>
      <w:r w:rsidRPr="009B0F3A">
        <w:rPr>
          <w:rFonts w:ascii="Poppins Medium" w:hAnsi="Poppins Medium" w:cs="Poppins Medium"/>
          <w:sz w:val="24"/>
          <w:szCs w:val="24"/>
        </w:rPr>
        <w:t>De tentoonstelling wordt gehouden op vrijdag 6 en zaterdag 7 november 2026 in het BSD gebouw, Jeroen Boschstraat 1, 5161 VA Sprang-Capelle.</w:t>
      </w:r>
    </w:p>
    <w:p w14:paraId="5313697D" w14:textId="77777777" w:rsidR="009B0F3A" w:rsidRPr="009B0F3A" w:rsidRDefault="009B0F3A">
      <w:pPr>
        <w:spacing w:after="60"/>
        <w:rPr>
          <w:rFonts w:ascii="Poppins Medium" w:hAnsi="Poppins Medium" w:cs="Poppins Medium"/>
          <w:sz w:val="24"/>
          <w:szCs w:val="24"/>
        </w:rPr>
      </w:pPr>
    </w:p>
    <w:p w14:paraId="769CFA0D" w14:textId="77777777" w:rsidR="004F5087" w:rsidRPr="009B0F3A" w:rsidRDefault="005E6329">
      <w:pPr>
        <w:spacing w:after="60"/>
        <w:rPr>
          <w:rFonts w:ascii="Poppins Medium" w:hAnsi="Poppins Medium" w:cs="Poppins Medium"/>
          <w:b/>
          <w:bCs/>
          <w:sz w:val="24"/>
          <w:szCs w:val="24"/>
        </w:rPr>
      </w:pPr>
      <w:r w:rsidRPr="009B0F3A">
        <w:rPr>
          <w:rFonts w:ascii="Poppins Medium" w:hAnsi="Poppins Medium" w:cs="Poppins Medium"/>
          <w:b/>
          <w:color w:val="174E2B"/>
          <w:sz w:val="24"/>
          <w:szCs w:val="24"/>
        </w:rPr>
        <w:t xml:space="preserve">Inbrengen vogels: </w:t>
      </w:r>
      <w:r w:rsidRPr="009B0F3A">
        <w:rPr>
          <w:rFonts w:ascii="Poppins Medium" w:hAnsi="Poppins Medium" w:cs="Poppins Medium"/>
          <w:b/>
          <w:bCs/>
          <w:sz w:val="24"/>
          <w:szCs w:val="24"/>
        </w:rPr>
        <w:t>Inbrengen van vogels op woensdag 4 november 2026 vanaf 19:00 uur tot 21:00 uur.</w:t>
      </w:r>
    </w:p>
    <w:p w14:paraId="0DCB9FC4" w14:textId="77777777" w:rsidR="009B0F3A" w:rsidRPr="009B0F3A" w:rsidRDefault="009B0F3A">
      <w:pPr>
        <w:spacing w:after="60"/>
        <w:rPr>
          <w:rFonts w:ascii="Poppins Medium" w:hAnsi="Poppins Medium" w:cs="Poppins Medium"/>
          <w:sz w:val="24"/>
          <w:szCs w:val="24"/>
        </w:rPr>
      </w:pPr>
    </w:p>
    <w:p w14:paraId="7F31BD94" w14:textId="233B97A9" w:rsidR="004F5087" w:rsidRDefault="005E6329">
      <w:pPr>
        <w:spacing w:after="60"/>
        <w:rPr>
          <w:rFonts w:ascii="Poppins Medium" w:hAnsi="Poppins Medium" w:cs="Poppins Medium"/>
          <w:sz w:val="24"/>
          <w:szCs w:val="24"/>
        </w:rPr>
      </w:pPr>
      <w:r w:rsidRPr="009B0F3A">
        <w:rPr>
          <w:rFonts w:ascii="Poppins Medium" w:hAnsi="Poppins Medium" w:cs="Poppins Medium"/>
          <w:b/>
          <w:color w:val="174E2B"/>
          <w:sz w:val="24"/>
          <w:szCs w:val="24"/>
        </w:rPr>
        <w:t xml:space="preserve">Duo koers: </w:t>
      </w:r>
      <w:r w:rsidRPr="009B0F3A">
        <w:rPr>
          <w:rFonts w:ascii="Poppins Medium" w:hAnsi="Poppins Medium" w:cs="Poppins Medium"/>
          <w:sz w:val="24"/>
          <w:szCs w:val="24"/>
        </w:rPr>
        <w:t xml:space="preserve">Ook dit jaar hebben we weer een </w:t>
      </w:r>
      <w:r w:rsidRPr="009B0F3A">
        <w:rPr>
          <w:rFonts w:ascii="Poppins Medium" w:hAnsi="Poppins Medium" w:cs="Poppins Medium"/>
          <w:b/>
          <w:bCs/>
          <w:sz w:val="24"/>
          <w:szCs w:val="24"/>
        </w:rPr>
        <w:t>Duo koers</w:t>
      </w:r>
      <w:r w:rsidRPr="009B0F3A">
        <w:rPr>
          <w:rFonts w:ascii="Poppins Medium" w:hAnsi="Poppins Medium" w:cs="Poppins Medium"/>
          <w:sz w:val="24"/>
          <w:szCs w:val="24"/>
        </w:rPr>
        <w:t xml:space="preserve">, inleg € 1,00. Duo’s worden door de TT-commissie samengesteld (prijs in natura). Bij gelijke uitkomst telt de 6e/7e </w:t>
      </w:r>
      <w:r w:rsidR="002E499D">
        <w:rPr>
          <w:rFonts w:ascii="Poppins Medium" w:hAnsi="Poppins Medium" w:cs="Poppins Medium"/>
          <w:sz w:val="24"/>
          <w:szCs w:val="24"/>
        </w:rPr>
        <w:t xml:space="preserve">en volgende </w:t>
      </w:r>
      <w:r w:rsidRPr="009B0F3A">
        <w:rPr>
          <w:rFonts w:ascii="Poppins Medium" w:hAnsi="Poppins Medium" w:cs="Poppins Medium"/>
          <w:sz w:val="24"/>
          <w:szCs w:val="24"/>
        </w:rPr>
        <w:t>vogel mee. Het hoogste aantal punten van het duo wordt opgeteld.</w:t>
      </w:r>
    </w:p>
    <w:p w14:paraId="04D6A96F" w14:textId="77777777" w:rsidR="009B0F3A" w:rsidRPr="009B0F3A" w:rsidRDefault="009B0F3A">
      <w:pPr>
        <w:spacing w:after="60"/>
        <w:rPr>
          <w:rFonts w:ascii="Poppins Medium" w:hAnsi="Poppins Medium" w:cs="Poppins Medium"/>
          <w:sz w:val="24"/>
          <w:szCs w:val="24"/>
        </w:rPr>
      </w:pPr>
    </w:p>
    <w:p w14:paraId="3242D685" w14:textId="2240498D" w:rsidR="004F5087" w:rsidRPr="009B0F3A" w:rsidRDefault="005E6329">
      <w:pPr>
        <w:spacing w:after="60"/>
        <w:rPr>
          <w:rFonts w:ascii="Poppins Medium" w:hAnsi="Poppins Medium" w:cs="Poppins Medium"/>
          <w:sz w:val="24"/>
          <w:szCs w:val="24"/>
        </w:rPr>
      </w:pPr>
      <w:r w:rsidRPr="009B0F3A">
        <w:rPr>
          <w:rFonts w:ascii="Poppins Medium" w:hAnsi="Poppins Medium" w:cs="Poppins Medium"/>
          <w:b/>
          <w:color w:val="174E2B"/>
          <w:sz w:val="24"/>
          <w:szCs w:val="24"/>
        </w:rPr>
        <w:t xml:space="preserve">Vrije Derby: </w:t>
      </w:r>
      <w:r w:rsidRPr="009B0F3A">
        <w:rPr>
          <w:rFonts w:ascii="Poppins Medium" w:hAnsi="Poppins Medium" w:cs="Poppins Medium"/>
          <w:b/>
          <w:bCs/>
          <w:sz w:val="24"/>
          <w:szCs w:val="24"/>
        </w:rPr>
        <w:t>Vrije Derby</w:t>
      </w:r>
      <w:r w:rsidRPr="009B0F3A">
        <w:rPr>
          <w:rFonts w:ascii="Poppins Medium" w:hAnsi="Poppins Medium" w:cs="Poppins Medium"/>
          <w:sz w:val="24"/>
          <w:szCs w:val="24"/>
        </w:rPr>
        <w:t>, inleg €1,00. Vogel opgeven bij het inbrengen (prijs: totale inleg).</w:t>
      </w:r>
    </w:p>
    <w:p w14:paraId="492C7A9E" w14:textId="77777777" w:rsidR="004F5087" w:rsidRPr="009B0F3A" w:rsidRDefault="005E6329">
      <w:pPr>
        <w:spacing w:after="120"/>
        <w:ind w:left="425" w:hanging="425"/>
        <w:rPr>
          <w:rFonts w:ascii="Poppins Medium" w:hAnsi="Poppins Medium" w:cs="Poppins Medium"/>
          <w:sz w:val="24"/>
          <w:szCs w:val="24"/>
          <w:u w:val="single"/>
        </w:rPr>
      </w:pPr>
      <w:r w:rsidRPr="009B0F3A">
        <w:rPr>
          <w:rFonts w:ascii="Poppins Medium" w:hAnsi="Poppins Medium" w:cs="Poppins Medium"/>
          <w:b/>
          <w:color w:val="174E2B"/>
          <w:sz w:val="24"/>
          <w:szCs w:val="24"/>
        </w:rPr>
        <w:t xml:space="preserve">1. </w:t>
      </w:r>
      <w:r w:rsidRPr="009B0F3A">
        <w:rPr>
          <w:rFonts w:ascii="Poppins Medium" w:hAnsi="Poppins Medium" w:cs="Poppins Medium"/>
          <w:sz w:val="24"/>
          <w:szCs w:val="24"/>
        </w:rPr>
        <w:t xml:space="preserve">Ingeschreven kan worden volgens het vraagprogramma van de </w:t>
      </w:r>
      <w:r w:rsidRPr="009B0F3A">
        <w:rPr>
          <w:rFonts w:ascii="Poppins Medium" w:hAnsi="Poppins Medium" w:cs="Poppins Medium"/>
          <w:b/>
          <w:bCs/>
          <w:sz w:val="24"/>
          <w:szCs w:val="24"/>
        </w:rPr>
        <w:t>NBvV</w:t>
      </w:r>
      <w:r w:rsidRPr="009B0F3A">
        <w:rPr>
          <w:rFonts w:ascii="Poppins Medium" w:hAnsi="Poppins Medium" w:cs="Poppins Medium"/>
          <w:sz w:val="24"/>
          <w:szCs w:val="24"/>
        </w:rPr>
        <w:t xml:space="preserve"> (zie </w:t>
      </w:r>
      <w:r w:rsidRPr="009B0F3A">
        <w:rPr>
          <w:rFonts w:ascii="Poppins Medium" w:hAnsi="Poppins Medium" w:cs="Poppins Medium"/>
          <w:b/>
          <w:bCs/>
          <w:sz w:val="24"/>
          <w:szCs w:val="24"/>
        </w:rPr>
        <w:t>vraagprogramma 2025-2029</w:t>
      </w:r>
      <w:r w:rsidRPr="009B0F3A">
        <w:rPr>
          <w:rFonts w:ascii="Poppins Medium" w:hAnsi="Poppins Medium" w:cs="Poppins Medium"/>
          <w:sz w:val="24"/>
          <w:szCs w:val="24"/>
        </w:rPr>
        <w:t xml:space="preserve">). </w:t>
      </w:r>
      <w:r w:rsidRPr="009B0F3A">
        <w:rPr>
          <w:rFonts w:ascii="Poppins Medium" w:hAnsi="Poppins Medium" w:cs="Poppins Medium"/>
          <w:sz w:val="24"/>
          <w:szCs w:val="24"/>
          <w:u w:val="single"/>
        </w:rPr>
        <w:t>Let op: alle vogels moeten geringd zijn en voorkomen in het vraagprogramma.</w:t>
      </w:r>
    </w:p>
    <w:p w14:paraId="5A04567A" w14:textId="5E6E1BC8" w:rsidR="009B0F3A" w:rsidRDefault="005E6329" w:rsidP="009B0F3A">
      <w:pPr>
        <w:spacing w:after="120"/>
        <w:ind w:left="425" w:hanging="425"/>
        <w:rPr>
          <w:rFonts w:ascii="Poppins Medium" w:hAnsi="Poppins Medium" w:cs="Poppins Medium"/>
          <w:sz w:val="24"/>
          <w:szCs w:val="24"/>
        </w:rPr>
      </w:pPr>
      <w:r w:rsidRPr="009B0F3A">
        <w:rPr>
          <w:rFonts w:ascii="Poppins Medium" w:hAnsi="Poppins Medium" w:cs="Poppins Medium"/>
          <w:b/>
          <w:color w:val="174E2B"/>
          <w:sz w:val="24"/>
          <w:szCs w:val="24"/>
        </w:rPr>
        <w:t xml:space="preserve">2. </w:t>
      </w:r>
      <w:r w:rsidRPr="009B0F3A">
        <w:rPr>
          <w:rFonts w:ascii="Poppins Medium" w:hAnsi="Poppins Medium" w:cs="Poppins Medium"/>
          <w:sz w:val="24"/>
          <w:szCs w:val="24"/>
        </w:rPr>
        <w:t xml:space="preserve">Vogels moeten ingezonden worden in de door de </w:t>
      </w:r>
      <w:r w:rsidRPr="009B0F3A">
        <w:rPr>
          <w:rFonts w:ascii="Poppins Medium" w:hAnsi="Poppins Medium" w:cs="Poppins Medium"/>
          <w:b/>
          <w:bCs/>
          <w:sz w:val="24"/>
          <w:szCs w:val="24"/>
        </w:rPr>
        <w:t xml:space="preserve">NBvV </w:t>
      </w:r>
      <w:r w:rsidRPr="009B0F3A">
        <w:rPr>
          <w:rFonts w:ascii="Poppins Medium" w:hAnsi="Poppins Medium" w:cs="Poppins Medium"/>
          <w:sz w:val="24"/>
          <w:szCs w:val="24"/>
        </w:rPr>
        <w:t>toegestane TT-kooien.</w:t>
      </w:r>
      <w:r w:rsidR="009B0F3A">
        <w:rPr>
          <w:rFonts w:ascii="Poppins Medium" w:hAnsi="Poppins Medium" w:cs="Poppins Medium"/>
          <w:sz w:val="24"/>
          <w:szCs w:val="24"/>
        </w:rPr>
        <w:t xml:space="preserve"> </w:t>
      </w:r>
      <w:r w:rsidRPr="009B0F3A">
        <w:rPr>
          <w:rFonts w:ascii="Poppins Medium" w:hAnsi="Poppins Medium" w:cs="Poppins Medium"/>
          <w:sz w:val="24"/>
          <w:szCs w:val="24"/>
        </w:rPr>
        <w:t>Vuile en kleurafwijkende kooien worden geweigerd. Kooien inzenden met zilverzand; voor fruit- of insectenetende vogels absorberende bodembedekking.</w:t>
      </w:r>
      <w:r w:rsidR="009B0F3A">
        <w:rPr>
          <w:rFonts w:ascii="Poppins Medium" w:hAnsi="Poppins Medium" w:cs="Poppins Medium"/>
          <w:sz w:val="24"/>
          <w:szCs w:val="24"/>
        </w:rPr>
        <w:t xml:space="preserve"> </w:t>
      </w:r>
      <w:r w:rsidRPr="009B0F3A">
        <w:rPr>
          <w:rFonts w:ascii="Poppins Medium" w:hAnsi="Poppins Medium" w:cs="Poppins Medium"/>
          <w:sz w:val="24"/>
          <w:szCs w:val="24"/>
        </w:rPr>
        <w:t xml:space="preserve">Voor parkieten mag de bodem ook bedekt zijn met zaad, maar wij als vereniging zien liever dat er voerbakjes aanwezig zijn. Kooien inzenden met volle zaadbakjes en lege drinkflesjes. Alle vogels worden bij het inzenden voorzien van water (verplicht NVWA). Vogels met speciaal voer vermelden op het inschrijfformulier. </w:t>
      </w:r>
    </w:p>
    <w:p w14:paraId="084DBA04" w14:textId="77777777" w:rsidR="009B0F3A" w:rsidRDefault="009B0F3A" w:rsidP="009B0F3A">
      <w:pPr>
        <w:spacing w:after="120"/>
        <w:ind w:left="425" w:hanging="425"/>
        <w:rPr>
          <w:rFonts w:ascii="Poppins Medium" w:hAnsi="Poppins Medium" w:cs="Poppins Medium"/>
          <w:sz w:val="24"/>
          <w:szCs w:val="24"/>
        </w:rPr>
      </w:pPr>
    </w:p>
    <w:p w14:paraId="6BB76EB7" w14:textId="77777777" w:rsidR="009B0F3A" w:rsidRDefault="009B0F3A" w:rsidP="009B0F3A">
      <w:pPr>
        <w:spacing w:after="120"/>
        <w:rPr>
          <w:rFonts w:ascii="Poppins Medium" w:hAnsi="Poppins Medium" w:cs="Poppins Medium"/>
          <w:sz w:val="24"/>
          <w:szCs w:val="24"/>
        </w:rPr>
      </w:pPr>
      <w:r>
        <w:rPr>
          <w:rFonts w:ascii="Poppins Medium" w:hAnsi="Poppins Medium" w:cs="Poppins Medium"/>
          <w:b/>
          <w:color w:val="174E2B"/>
          <w:sz w:val="24"/>
          <w:szCs w:val="24"/>
        </w:rPr>
        <w:lastRenderedPageBreak/>
        <w:t>3</w:t>
      </w:r>
      <w:r w:rsidRPr="009B0F3A">
        <w:rPr>
          <w:rFonts w:ascii="Poppins Medium" w:hAnsi="Poppins Medium" w:cs="Poppins Medium"/>
          <w:b/>
          <w:color w:val="174E2B"/>
          <w:sz w:val="24"/>
          <w:szCs w:val="24"/>
        </w:rPr>
        <w:t xml:space="preserve">. </w:t>
      </w:r>
      <w:r w:rsidRPr="009B0F3A">
        <w:rPr>
          <w:rFonts w:ascii="Poppins Medium" w:hAnsi="Poppins Medium" w:cs="Poppins Medium"/>
          <w:b/>
          <w:bCs/>
          <w:sz w:val="24"/>
          <w:szCs w:val="24"/>
        </w:rPr>
        <w:t>Inschrijfformulier(en)</w:t>
      </w:r>
      <w:r w:rsidRPr="009B0F3A">
        <w:rPr>
          <w:rFonts w:ascii="Poppins Medium" w:hAnsi="Poppins Medium" w:cs="Poppins Medium"/>
          <w:sz w:val="24"/>
          <w:szCs w:val="24"/>
        </w:rPr>
        <w:t xml:space="preserve"> dient/dienen </w:t>
      </w:r>
      <w:r w:rsidRPr="009B0F3A">
        <w:rPr>
          <w:rFonts w:ascii="Poppins Medium" w:hAnsi="Poppins Medium" w:cs="Poppins Medium"/>
          <w:b/>
          <w:bCs/>
          <w:sz w:val="24"/>
          <w:szCs w:val="24"/>
        </w:rPr>
        <w:t>duidelijk ingevuld</w:t>
      </w:r>
      <w:r w:rsidRPr="009B0F3A">
        <w:rPr>
          <w:rFonts w:ascii="Poppins Medium" w:hAnsi="Poppins Medium" w:cs="Poppins Medium"/>
          <w:sz w:val="24"/>
          <w:szCs w:val="24"/>
        </w:rPr>
        <w:t xml:space="preserve"> en </w:t>
      </w:r>
      <w:r w:rsidRPr="009B0F3A">
        <w:rPr>
          <w:rFonts w:ascii="Poppins Medium" w:hAnsi="Poppins Medium" w:cs="Poppins Medium"/>
          <w:b/>
          <w:bCs/>
          <w:sz w:val="24"/>
          <w:szCs w:val="24"/>
        </w:rPr>
        <w:t>ondertekend</w:t>
      </w:r>
      <w:r w:rsidRPr="009B0F3A">
        <w:rPr>
          <w:rFonts w:ascii="Poppins Medium" w:hAnsi="Poppins Medium" w:cs="Poppins Medium"/>
          <w:sz w:val="24"/>
          <w:szCs w:val="24"/>
        </w:rPr>
        <w:t xml:space="preserve"> in ons bezit te zijn uiterlijk </w:t>
      </w:r>
      <w:r w:rsidRPr="009B0F3A">
        <w:rPr>
          <w:rFonts w:ascii="Poppins Medium" w:hAnsi="Poppins Medium" w:cs="Poppins Medium"/>
          <w:b/>
          <w:bCs/>
          <w:sz w:val="24"/>
          <w:szCs w:val="24"/>
        </w:rPr>
        <w:t>tot en met zaterdag 24 oktober 2026, 12:00 uur</w:t>
      </w:r>
      <w:r w:rsidRPr="009B0F3A">
        <w:rPr>
          <w:rFonts w:ascii="Poppins Medium" w:hAnsi="Poppins Medium" w:cs="Poppins Medium"/>
          <w:sz w:val="24"/>
          <w:szCs w:val="24"/>
        </w:rPr>
        <w:t xml:space="preserve">. </w:t>
      </w:r>
    </w:p>
    <w:p w14:paraId="73387B19" w14:textId="58D773D4" w:rsidR="00891CCA" w:rsidRPr="00891CCA" w:rsidRDefault="005E6329" w:rsidP="00891CCA">
      <w:pPr>
        <w:pStyle w:val="Lijstalinea"/>
        <w:numPr>
          <w:ilvl w:val="0"/>
          <w:numId w:val="13"/>
        </w:numPr>
        <w:spacing w:after="120"/>
        <w:rPr>
          <w:rFonts w:ascii="Poppins Medium" w:hAnsi="Poppins Medium" w:cs="Poppins Medium"/>
          <w:b/>
          <w:bCs/>
          <w:sz w:val="24"/>
          <w:szCs w:val="24"/>
        </w:rPr>
      </w:pPr>
      <w:r w:rsidRPr="00891CCA">
        <w:rPr>
          <w:rFonts w:ascii="Poppins Medium" w:hAnsi="Poppins Medium" w:cs="Poppins Medium"/>
          <w:b/>
          <w:bCs/>
          <w:sz w:val="24"/>
          <w:szCs w:val="24"/>
        </w:rPr>
        <w:t>Onjuist ingevulde formulieren worden niet in behandeling genomen.</w:t>
      </w:r>
    </w:p>
    <w:p w14:paraId="26328FDE" w14:textId="23D666F5" w:rsidR="009B0F3A" w:rsidRPr="009B0F3A" w:rsidRDefault="005E6329" w:rsidP="00891CCA">
      <w:pPr>
        <w:pStyle w:val="Lijstalinea"/>
        <w:numPr>
          <w:ilvl w:val="0"/>
          <w:numId w:val="13"/>
        </w:numPr>
        <w:spacing w:after="120"/>
        <w:rPr>
          <w:rFonts w:ascii="Poppins Medium" w:hAnsi="Poppins Medium" w:cs="Poppins Medium"/>
          <w:sz w:val="24"/>
          <w:szCs w:val="24"/>
        </w:rPr>
      </w:pPr>
      <w:r w:rsidRPr="009B0F3A">
        <w:rPr>
          <w:rFonts w:ascii="Poppins Medium" w:hAnsi="Poppins Medium" w:cs="Poppins Medium"/>
          <w:sz w:val="24"/>
          <w:szCs w:val="24"/>
        </w:rPr>
        <w:t xml:space="preserve">Inleveren bij TT-commissaris A. van Baardwijk, Akkerwinde 34, 5161 XM Sprang-Capelle. Telefoonnummer: 0416-276493. E-mail: </w:t>
      </w:r>
      <w:hyperlink r:id="rId9" w:history="1">
        <w:r w:rsidR="009B0F3A" w:rsidRPr="00E26D68">
          <w:rPr>
            <w:rStyle w:val="Hyperlink"/>
            <w:rFonts w:ascii="Poppins Medium" w:hAnsi="Poppins Medium" w:cs="Poppins Medium"/>
            <w:sz w:val="24"/>
            <w:szCs w:val="24"/>
          </w:rPr>
          <w:t>advanbaardwijk@hotmail.com</w:t>
        </w:r>
      </w:hyperlink>
      <w:r w:rsidR="009B0F3A">
        <w:rPr>
          <w:rFonts w:ascii="Poppins Medium" w:hAnsi="Poppins Medium" w:cs="Poppins Medium"/>
          <w:sz w:val="24"/>
          <w:szCs w:val="24"/>
        </w:rPr>
        <w:t xml:space="preserve"> </w:t>
      </w:r>
    </w:p>
    <w:p w14:paraId="283F40CF" w14:textId="77777777" w:rsidR="00891CCA" w:rsidRDefault="005E6329" w:rsidP="00891CCA">
      <w:pPr>
        <w:pStyle w:val="Lijstalinea"/>
        <w:numPr>
          <w:ilvl w:val="0"/>
          <w:numId w:val="13"/>
        </w:numPr>
        <w:spacing w:after="120"/>
        <w:rPr>
          <w:rFonts w:ascii="Poppins Medium" w:hAnsi="Poppins Medium" w:cs="Poppins Medium"/>
          <w:sz w:val="24"/>
          <w:szCs w:val="24"/>
        </w:rPr>
      </w:pPr>
      <w:r w:rsidRPr="00891CCA">
        <w:rPr>
          <w:rFonts w:ascii="Poppins Medium" w:hAnsi="Poppins Medium" w:cs="Poppins Medium"/>
          <w:sz w:val="24"/>
          <w:szCs w:val="24"/>
        </w:rPr>
        <w:t xml:space="preserve">Foutieve, onvoldoende gefrankeerde en na de sluitingsdatum binnengekomen inschrijfformulieren zullen niet worden behandeld. </w:t>
      </w:r>
    </w:p>
    <w:p w14:paraId="1E84BB5F" w14:textId="77777777" w:rsidR="00891CCA" w:rsidRDefault="005E6329" w:rsidP="00891CCA">
      <w:pPr>
        <w:pStyle w:val="Lijstalinea"/>
        <w:numPr>
          <w:ilvl w:val="0"/>
          <w:numId w:val="13"/>
        </w:numPr>
        <w:spacing w:after="120"/>
        <w:rPr>
          <w:rFonts w:ascii="Poppins Medium" w:hAnsi="Poppins Medium" w:cs="Poppins Medium"/>
          <w:sz w:val="24"/>
          <w:szCs w:val="24"/>
        </w:rPr>
      </w:pPr>
      <w:r w:rsidRPr="00891CCA">
        <w:rPr>
          <w:rFonts w:ascii="Poppins Medium" w:hAnsi="Poppins Medium" w:cs="Poppins Medium"/>
          <w:sz w:val="24"/>
          <w:szCs w:val="24"/>
        </w:rPr>
        <w:t>Wijzigingen na de sluitingsdatum zijn niet toegestaan.</w:t>
      </w:r>
    </w:p>
    <w:p w14:paraId="63E65E87" w14:textId="04F23510" w:rsidR="004F5087" w:rsidRPr="00891CCA" w:rsidRDefault="005E6329" w:rsidP="00891CCA">
      <w:pPr>
        <w:pStyle w:val="Lijstalinea"/>
        <w:numPr>
          <w:ilvl w:val="0"/>
          <w:numId w:val="13"/>
        </w:numPr>
        <w:spacing w:after="120"/>
        <w:rPr>
          <w:rFonts w:ascii="Poppins Medium" w:hAnsi="Poppins Medium" w:cs="Poppins Medium"/>
          <w:sz w:val="24"/>
          <w:szCs w:val="24"/>
        </w:rPr>
      </w:pPr>
      <w:r w:rsidRPr="00891CCA">
        <w:rPr>
          <w:rFonts w:ascii="Poppins Medium" w:hAnsi="Poppins Medium" w:cs="Poppins Medium"/>
          <w:sz w:val="24"/>
          <w:szCs w:val="24"/>
        </w:rPr>
        <w:t xml:space="preserve">Na inlevering van het inschrijfformulier wordt u het inbrengformulier en de kooinummers toegestuurd of zijn deze op te halen op de vergadering van dinsdag </w:t>
      </w:r>
      <w:r w:rsidR="00266322">
        <w:rPr>
          <w:rFonts w:ascii="Poppins Medium" w:hAnsi="Poppins Medium" w:cs="Poppins Medium"/>
          <w:sz w:val="24"/>
          <w:szCs w:val="24"/>
        </w:rPr>
        <w:t>27</w:t>
      </w:r>
      <w:r w:rsidRPr="00891CCA">
        <w:rPr>
          <w:rFonts w:ascii="Poppins Medium" w:hAnsi="Poppins Medium" w:cs="Poppins Medium"/>
          <w:sz w:val="24"/>
          <w:szCs w:val="24"/>
        </w:rPr>
        <w:t xml:space="preserve"> oktober 202</w:t>
      </w:r>
      <w:r w:rsidR="00692D17">
        <w:rPr>
          <w:rFonts w:ascii="Poppins Medium" w:hAnsi="Poppins Medium" w:cs="Poppins Medium"/>
          <w:sz w:val="24"/>
          <w:szCs w:val="24"/>
        </w:rPr>
        <w:t>6</w:t>
      </w:r>
      <w:r w:rsidRPr="00891CCA">
        <w:rPr>
          <w:rFonts w:ascii="Poppins Medium" w:hAnsi="Poppins Medium" w:cs="Poppins Medium"/>
          <w:sz w:val="24"/>
          <w:szCs w:val="24"/>
        </w:rPr>
        <w:t>.</w:t>
      </w:r>
    </w:p>
    <w:p w14:paraId="17C54872" w14:textId="72CB8A3D" w:rsidR="004F5087" w:rsidRPr="009B0F3A" w:rsidRDefault="00891CCA">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t>4</w:t>
      </w:r>
      <w:r w:rsidRPr="009B0F3A">
        <w:rPr>
          <w:rFonts w:ascii="Poppins Medium" w:hAnsi="Poppins Medium" w:cs="Poppins Medium"/>
          <w:b/>
          <w:color w:val="174E2B"/>
          <w:sz w:val="24"/>
          <w:szCs w:val="24"/>
        </w:rPr>
        <w:t xml:space="preserve">. </w:t>
      </w:r>
      <w:r w:rsidRPr="009B0F3A">
        <w:rPr>
          <w:rFonts w:ascii="Poppins Medium" w:hAnsi="Poppins Medium" w:cs="Poppins Medium"/>
          <w:sz w:val="24"/>
          <w:szCs w:val="24"/>
        </w:rPr>
        <w:t xml:space="preserve">Het </w:t>
      </w:r>
      <w:r w:rsidRPr="00891CCA">
        <w:rPr>
          <w:rFonts w:ascii="Poppins Medium" w:hAnsi="Poppins Medium" w:cs="Poppins Medium"/>
          <w:b/>
          <w:bCs/>
          <w:sz w:val="24"/>
          <w:szCs w:val="24"/>
        </w:rPr>
        <w:t>inschrijfgeld</w:t>
      </w:r>
      <w:r w:rsidRPr="009B0F3A">
        <w:rPr>
          <w:rFonts w:ascii="Poppins Medium" w:hAnsi="Poppins Medium" w:cs="Poppins Medium"/>
          <w:sz w:val="24"/>
          <w:szCs w:val="24"/>
        </w:rPr>
        <w:t xml:space="preserve"> bedraagt: </w:t>
      </w:r>
      <w:r w:rsidRPr="00891CCA">
        <w:rPr>
          <w:rFonts w:ascii="Poppins Medium" w:hAnsi="Poppins Medium" w:cs="Poppins Medium"/>
          <w:b/>
          <w:bCs/>
          <w:sz w:val="24"/>
          <w:szCs w:val="24"/>
        </w:rPr>
        <w:t>€1,00</w:t>
      </w:r>
      <w:r w:rsidRPr="009B0F3A">
        <w:rPr>
          <w:rFonts w:ascii="Poppins Medium" w:hAnsi="Poppins Medium" w:cs="Poppins Medium"/>
          <w:sz w:val="24"/>
          <w:szCs w:val="24"/>
        </w:rPr>
        <w:t xml:space="preserve"> per </w:t>
      </w:r>
      <w:r w:rsidRPr="00891CCA">
        <w:rPr>
          <w:rFonts w:ascii="Poppins Medium" w:hAnsi="Poppins Medium" w:cs="Poppins Medium"/>
          <w:b/>
          <w:bCs/>
          <w:sz w:val="24"/>
          <w:szCs w:val="24"/>
        </w:rPr>
        <w:t>vogel</w:t>
      </w:r>
      <w:r w:rsidRPr="009B0F3A">
        <w:rPr>
          <w:rFonts w:ascii="Poppins Medium" w:hAnsi="Poppins Medium" w:cs="Poppins Medium"/>
          <w:sz w:val="24"/>
          <w:szCs w:val="24"/>
        </w:rPr>
        <w:t xml:space="preserve">; </w:t>
      </w:r>
      <w:r w:rsidRPr="00891CCA">
        <w:rPr>
          <w:rFonts w:ascii="Poppins Medium" w:hAnsi="Poppins Medium" w:cs="Poppins Medium"/>
          <w:b/>
          <w:bCs/>
          <w:sz w:val="24"/>
          <w:szCs w:val="24"/>
        </w:rPr>
        <w:t xml:space="preserve">€2,00 </w:t>
      </w:r>
      <w:r w:rsidRPr="009B0F3A">
        <w:rPr>
          <w:rFonts w:ascii="Poppins Medium" w:hAnsi="Poppins Medium" w:cs="Poppins Medium"/>
          <w:sz w:val="24"/>
          <w:szCs w:val="24"/>
        </w:rPr>
        <w:t xml:space="preserve">per </w:t>
      </w:r>
      <w:r w:rsidRPr="00891CCA">
        <w:rPr>
          <w:rFonts w:ascii="Poppins Medium" w:hAnsi="Poppins Medium" w:cs="Poppins Medium"/>
          <w:b/>
          <w:bCs/>
          <w:sz w:val="24"/>
          <w:szCs w:val="24"/>
        </w:rPr>
        <w:t>stel</w:t>
      </w:r>
      <w:r w:rsidRPr="009B0F3A">
        <w:rPr>
          <w:rFonts w:ascii="Poppins Medium" w:hAnsi="Poppins Medium" w:cs="Poppins Medium"/>
          <w:sz w:val="24"/>
          <w:szCs w:val="24"/>
        </w:rPr>
        <w:t xml:space="preserve">; </w:t>
      </w:r>
      <w:r w:rsidRPr="00891CCA">
        <w:rPr>
          <w:rFonts w:ascii="Poppins Medium" w:hAnsi="Poppins Medium" w:cs="Poppins Medium"/>
          <w:b/>
          <w:bCs/>
          <w:sz w:val="24"/>
          <w:szCs w:val="24"/>
        </w:rPr>
        <w:t>€4,00</w:t>
      </w:r>
      <w:r w:rsidRPr="009B0F3A">
        <w:rPr>
          <w:rFonts w:ascii="Poppins Medium" w:hAnsi="Poppins Medium" w:cs="Poppins Medium"/>
          <w:sz w:val="24"/>
          <w:szCs w:val="24"/>
        </w:rPr>
        <w:t xml:space="preserve"> per </w:t>
      </w:r>
      <w:r w:rsidRPr="00891CCA">
        <w:rPr>
          <w:rFonts w:ascii="Poppins Medium" w:hAnsi="Poppins Medium" w:cs="Poppins Medium"/>
          <w:b/>
          <w:bCs/>
          <w:sz w:val="24"/>
          <w:szCs w:val="24"/>
        </w:rPr>
        <w:t>stam</w:t>
      </w:r>
      <w:r w:rsidRPr="009B0F3A">
        <w:rPr>
          <w:rFonts w:ascii="Poppins Medium" w:hAnsi="Poppins Medium" w:cs="Poppins Medium"/>
          <w:sz w:val="24"/>
          <w:szCs w:val="24"/>
        </w:rPr>
        <w:t>.</w:t>
      </w:r>
    </w:p>
    <w:p w14:paraId="06790A5F" w14:textId="47FD492A" w:rsidR="004F5087" w:rsidRPr="00891CCA" w:rsidRDefault="005E6329" w:rsidP="00891CCA">
      <w:pPr>
        <w:pStyle w:val="Lijstalinea"/>
        <w:numPr>
          <w:ilvl w:val="0"/>
          <w:numId w:val="14"/>
        </w:numPr>
        <w:spacing w:after="120"/>
        <w:rPr>
          <w:rFonts w:ascii="Poppins Medium" w:hAnsi="Poppins Medium" w:cs="Poppins Medium"/>
          <w:sz w:val="24"/>
          <w:szCs w:val="24"/>
        </w:rPr>
      </w:pPr>
      <w:r w:rsidRPr="00891CCA">
        <w:rPr>
          <w:rFonts w:ascii="Poppins Medium" w:hAnsi="Poppins Medium" w:cs="Poppins Medium"/>
          <w:sz w:val="24"/>
          <w:szCs w:val="24"/>
        </w:rPr>
        <w:t>Jeugdleden betalen geen inschrijfgeld.</w:t>
      </w:r>
    </w:p>
    <w:p w14:paraId="6C8F8087" w14:textId="07CF436F" w:rsidR="004F5087" w:rsidRPr="00891CCA" w:rsidRDefault="00891CCA">
      <w:pPr>
        <w:spacing w:after="120"/>
        <w:ind w:left="425" w:hanging="425"/>
        <w:rPr>
          <w:rFonts w:ascii="Poppins Medium" w:hAnsi="Poppins Medium" w:cs="Poppins Medium"/>
          <w:sz w:val="24"/>
          <w:szCs w:val="24"/>
          <w:u w:val="single"/>
        </w:rPr>
      </w:pPr>
      <w:r>
        <w:rPr>
          <w:rFonts w:ascii="Poppins Medium" w:hAnsi="Poppins Medium" w:cs="Poppins Medium"/>
          <w:b/>
          <w:color w:val="174E2B"/>
          <w:sz w:val="24"/>
          <w:szCs w:val="24"/>
        </w:rPr>
        <w:t>5</w:t>
      </w:r>
      <w:r w:rsidRPr="009B0F3A">
        <w:rPr>
          <w:rFonts w:ascii="Poppins Medium" w:hAnsi="Poppins Medium" w:cs="Poppins Medium"/>
          <w:b/>
          <w:color w:val="174E2B"/>
          <w:sz w:val="24"/>
          <w:szCs w:val="24"/>
        </w:rPr>
        <w:t xml:space="preserve">. </w:t>
      </w:r>
      <w:r w:rsidRPr="00891CCA">
        <w:rPr>
          <w:rFonts w:ascii="Poppins Medium" w:hAnsi="Poppins Medium" w:cs="Poppins Medium"/>
          <w:b/>
          <w:bCs/>
          <w:sz w:val="24"/>
          <w:szCs w:val="24"/>
        </w:rPr>
        <w:t>Inschrijfgelden</w:t>
      </w:r>
      <w:r w:rsidRPr="009B0F3A">
        <w:rPr>
          <w:rFonts w:ascii="Poppins Medium" w:hAnsi="Poppins Medium" w:cs="Poppins Medium"/>
          <w:sz w:val="24"/>
          <w:szCs w:val="24"/>
        </w:rPr>
        <w:t xml:space="preserve"> dienen </w:t>
      </w:r>
      <w:r w:rsidRPr="00891CCA">
        <w:rPr>
          <w:rFonts w:ascii="Poppins Medium" w:hAnsi="Poppins Medium" w:cs="Poppins Medium"/>
          <w:b/>
          <w:bCs/>
          <w:sz w:val="24"/>
          <w:szCs w:val="24"/>
        </w:rPr>
        <w:t>contant</w:t>
      </w:r>
      <w:r w:rsidRPr="009B0F3A">
        <w:rPr>
          <w:rFonts w:ascii="Poppins Medium" w:hAnsi="Poppins Medium" w:cs="Poppins Medium"/>
          <w:sz w:val="24"/>
          <w:szCs w:val="24"/>
        </w:rPr>
        <w:t xml:space="preserve"> te worden voldaan </w:t>
      </w:r>
      <w:r w:rsidRPr="00891CCA">
        <w:rPr>
          <w:rFonts w:ascii="Poppins Medium" w:hAnsi="Poppins Medium" w:cs="Poppins Medium"/>
          <w:b/>
          <w:bCs/>
          <w:i/>
          <w:iCs/>
          <w:sz w:val="24"/>
          <w:szCs w:val="24"/>
        </w:rPr>
        <w:t>of</w:t>
      </w:r>
      <w:r w:rsidRPr="00891CCA">
        <w:rPr>
          <w:rFonts w:ascii="Poppins Medium" w:hAnsi="Poppins Medium" w:cs="Poppins Medium"/>
          <w:b/>
          <w:bCs/>
          <w:sz w:val="24"/>
          <w:szCs w:val="24"/>
        </w:rPr>
        <w:t xml:space="preserve"> tot en met zaterdag 2</w:t>
      </w:r>
      <w:r>
        <w:rPr>
          <w:rFonts w:ascii="Poppins Medium" w:hAnsi="Poppins Medium" w:cs="Poppins Medium"/>
          <w:b/>
          <w:bCs/>
          <w:sz w:val="24"/>
          <w:szCs w:val="24"/>
        </w:rPr>
        <w:t>4</w:t>
      </w:r>
      <w:r w:rsidRPr="00891CCA">
        <w:rPr>
          <w:rFonts w:ascii="Poppins Medium" w:hAnsi="Poppins Medium" w:cs="Poppins Medium"/>
          <w:b/>
          <w:bCs/>
          <w:sz w:val="24"/>
          <w:szCs w:val="24"/>
        </w:rPr>
        <w:t xml:space="preserve"> oktober 202</w:t>
      </w:r>
      <w:r>
        <w:rPr>
          <w:rFonts w:ascii="Poppins Medium" w:hAnsi="Poppins Medium" w:cs="Poppins Medium"/>
          <w:b/>
          <w:bCs/>
          <w:sz w:val="24"/>
          <w:szCs w:val="24"/>
        </w:rPr>
        <w:t>6</w:t>
      </w:r>
      <w:r w:rsidRPr="00891CCA">
        <w:rPr>
          <w:rFonts w:ascii="Poppins Medium" w:hAnsi="Poppins Medium" w:cs="Poppins Medium"/>
          <w:b/>
          <w:bCs/>
          <w:sz w:val="24"/>
          <w:szCs w:val="24"/>
        </w:rPr>
        <w:t xml:space="preserve">, 12:00 uur </w:t>
      </w:r>
      <w:r w:rsidRPr="00891CCA">
        <w:rPr>
          <w:rFonts w:ascii="Poppins Medium" w:hAnsi="Poppins Medium" w:cs="Poppins Medium"/>
          <w:sz w:val="24"/>
          <w:szCs w:val="24"/>
          <w:u w:val="single"/>
        </w:rPr>
        <w:t xml:space="preserve">te zijn </w:t>
      </w:r>
      <w:r w:rsidRPr="00891CCA">
        <w:rPr>
          <w:rFonts w:ascii="Poppins Medium" w:hAnsi="Poppins Medium" w:cs="Poppins Medium"/>
          <w:b/>
          <w:bCs/>
          <w:sz w:val="24"/>
          <w:szCs w:val="24"/>
          <w:u w:val="single"/>
        </w:rPr>
        <w:t>overgemaakt</w:t>
      </w:r>
      <w:r w:rsidRPr="00891CCA">
        <w:rPr>
          <w:rFonts w:ascii="Poppins Medium" w:hAnsi="Poppins Medium" w:cs="Poppins Medium"/>
          <w:sz w:val="24"/>
          <w:szCs w:val="24"/>
          <w:u w:val="single"/>
        </w:rPr>
        <w:t xml:space="preserve"> op rekeningnummer </w:t>
      </w:r>
      <w:r w:rsidRPr="00891CCA">
        <w:rPr>
          <w:rFonts w:ascii="Poppins Medium" w:hAnsi="Poppins Medium" w:cs="Poppins Medium"/>
          <w:b/>
          <w:bCs/>
          <w:sz w:val="24"/>
          <w:szCs w:val="24"/>
          <w:u w:val="single"/>
        </w:rPr>
        <w:t>NL76 INGB 0003150764</w:t>
      </w:r>
      <w:r w:rsidRPr="00891CCA">
        <w:rPr>
          <w:rFonts w:ascii="Poppins Medium" w:hAnsi="Poppins Medium" w:cs="Poppins Medium"/>
          <w:sz w:val="24"/>
          <w:szCs w:val="24"/>
          <w:u w:val="single"/>
        </w:rPr>
        <w:t xml:space="preserve"> ten name van </w:t>
      </w:r>
      <w:r w:rsidRPr="00891CCA">
        <w:rPr>
          <w:rFonts w:ascii="Poppins Medium" w:hAnsi="Poppins Medium" w:cs="Poppins Medium"/>
          <w:b/>
          <w:bCs/>
          <w:sz w:val="24"/>
          <w:szCs w:val="24"/>
          <w:u w:val="single"/>
        </w:rPr>
        <w:t>De Vogelvriend te Sprang-Capelle</w:t>
      </w:r>
      <w:r w:rsidRPr="00891CCA">
        <w:rPr>
          <w:rFonts w:ascii="Poppins Medium" w:hAnsi="Poppins Medium" w:cs="Poppins Medium"/>
          <w:sz w:val="24"/>
          <w:szCs w:val="24"/>
          <w:u w:val="single"/>
        </w:rPr>
        <w:t xml:space="preserve">, onder vermelding van uw </w:t>
      </w:r>
      <w:r w:rsidRPr="00891CCA">
        <w:rPr>
          <w:rFonts w:ascii="Poppins Medium" w:hAnsi="Poppins Medium" w:cs="Poppins Medium"/>
          <w:b/>
          <w:bCs/>
          <w:sz w:val="24"/>
          <w:szCs w:val="24"/>
          <w:u w:val="single"/>
        </w:rPr>
        <w:t>naam</w:t>
      </w:r>
      <w:r>
        <w:rPr>
          <w:rFonts w:ascii="Poppins Medium" w:hAnsi="Poppins Medium" w:cs="Poppins Medium"/>
          <w:sz w:val="24"/>
          <w:szCs w:val="24"/>
          <w:u w:val="single"/>
        </w:rPr>
        <w:t xml:space="preserve"> en </w:t>
      </w:r>
      <w:r w:rsidRPr="00891CCA">
        <w:rPr>
          <w:rFonts w:ascii="Poppins Medium" w:hAnsi="Poppins Medium" w:cs="Poppins Medium"/>
          <w:b/>
          <w:bCs/>
          <w:sz w:val="24"/>
          <w:szCs w:val="24"/>
          <w:u w:val="single"/>
        </w:rPr>
        <w:t>kweeknummer</w:t>
      </w:r>
      <w:r>
        <w:rPr>
          <w:rFonts w:ascii="Poppins Medium" w:hAnsi="Poppins Medium" w:cs="Poppins Medium"/>
          <w:sz w:val="24"/>
          <w:szCs w:val="24"/>
          <w:u w:val="single"/>
        </w:rPr>
        <w:t>.</w:t>
      </w:r>
    </w:p>
    <w:p w14:paraId="1167C0A6" w14:textId="77777777" w:rsidR="00891CCA" w:rsidRDefault="00891CCA">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t>6</w:t>
      </w:r>
      <w:r w:rsidRPr="009B0F3A">
        <w:rPr>
          <w:rFonts w:ascii="Poppins Medium" w:hAnsi="Poppins Medium" w:cs="Poppins Medium"/>
          <w:b/>
          <w:color w:val="174E2B"/>
          <w:sz w:val="24"/>
          <w:szCs w:val="24"/>
        </w:rPr>
        <w:t xml:space="preserve">. </w:t>
      </w:r>
      <w:r w:rsidRPr="009B0F3A">
        <w:rPr>
          <w:rFonts w:ascii="Poppins Medium" w:hAnsi="Poppins Medium" w:cs="Poppins Medium"/>
          <w:sz w:val="24"/>
          <w:szCs w:val="24"/>
        </w:rPr>
        <w:t xml:space="preserve">Zieke of gebrekkige vogels worden geweigerd. </w:t>
      </w:r>
    </w:p>
    <w:p w14:paraId="0E26B95A" w14:textId="4E503C7B" w:rsidR="00891CCA" w:rsidRPr="00891CCA" w:rsidRDefault="005E6329" w:rsidP="00891CCA">
      <w:pPr>
        <w:pStyle w:val="Lijstalinea"/>
        <w:numPr>
          <w:ilvl w:val="0"/>
          <w:numId w:val="14"/>
        </w:numPr>
        <w:spacing w:after="120"/>
        <w:rPr>
          <w:rFonts w:ascii="Poppins Medium" w:hAnsi="Poppins Medium" w:cs="Poppins Medium"/>
          <w:sz w:val="24"/>
          <w:szCs w:val="24"/>
        </w:rPr>
      </w:pPr>
      <w:r w:rsidRPr="00891CCA">
        <w:rPr>
          <w:rFonts w:ascii="Poppins Medium" w:hAnsi="Poppins Medium" w:cs="Poppins Medium"/>
          <w:sz w:val="24"/>
          <w:szCs w:val="24"/>
        </w:rPr>
        <w:t>Hierover beslist het bestuur; discussie is niet mogelijk.</w:t>
      </w:r>
    </w:p>
    <w:p w14:paraId="0EADB1F0" w14:textId="772D092B" w:rsidR="00891CCA" w:rsidRPr="00891CCA" w:rsidRDefault="005E6329" w:rsidP="00891CCA">
      <w:pPr>
        <w:pStyle w:val="Lijstalinea"/>
        <w:numPr>
          <w:ilvl w:val="0"/>
          <w:numId w:val="14"/>
        </w:numPr>
        <w:spacing w:after="120"/>
        <w:rPr>
          <w:rFonts w:ascii="Poppins Medium" w:hAnsi="Poppins Medium" w:cs="Poppins Medium"/>
          <w:sz w:val="24"/>
          <w:szCs w:val="24"/>
        </w:rPr>
      </w:pPr>
      <w:r w:rsidRPr="00891CCA">
        <w:rPr>
          <w:rFonts w:ascii="Poppins Medium" w:hAnsi="Poppins Medium" w:cs="Poppins Medium"/>
          <w:sz w:val="24"/>
          <w:szCs w:val="24"/>
        </w:rPr>
        <w:t>Indien mogelijk wordt de eigenaar hierover op de hoogte gesteld.</w:t>
      </w:r>
    </w:p>
    <w:p w14:paraId="5842A6B7" w14:textId="2DAC83FD" w:rsidR="004F5087" w:rsidRPr="00891CCA" w:rsidRDefault="005E6329" w:rsidP="00891CCA">
      <w:pPr>
        <w:pStyle w:val="Lijstalinea"/>
        <w:numPr>
          <w:ilvl w:val="0"/>
          <w:numId w:val="14"/>
        </w:numPr>
        <w:spacing w:after="120"/>
        <w:rPr>
          <w:rFonts w:ascii="Poppins Medium" w:hAnsi="Poppins Medium" w:cs="Poppins Medium"/>
          <w:sz w:val="24"/>
          <w:szCs w:val="24"/>
        </w:rPr>
      </w:pPr>
      <w:r w:rsidRPr="00891CCA">
        <w:rPr>
          <w:rFonts w:ascii="Poppins Medium" w:hAnsi="Poppins Medium" w:cs="Poppins Medium"/>
          <w:sz w:val="24"/>
          <w:szCs w:val="24"/>
        </w:rPr>
        <w:t xml:space="preserve">Voor </w:t>
      </w:r>
      <w:r w:rsidRPr="00891CCA">
        <w:rPr>
          <w:rFonts w:ascii="Poppins Medium" w:hAnsi="Poppins Medium" w:cs="Poppins Medium"/>
          <w:b/>
          <w:bCs/>
          <w:sz w:val="24"/>
          <w:szCs w:val="24"/>
        </w:rPr>
        <w:t>ziekte</w:t>
      </w:r>
      <w:r w:rsidRPr="00891CCA">
        <w:rPr>
          <w:rFonts w:ascii="Poppins Medium" w:hAnsi="Poppins Medium" w:cs="Poppins Medium"/>
          <w:sz w:val="24"/>
          <w:szCs w:val="24"/>
        </w:rPr>
        <w:t xml:space="preserve"> of </w:t>
      </w:r>
      <w:r w:rsidRPr="00891CCA">
        <w:rPr>
          <w:rFonts w:ascii="Poppins Medium" w:hAnsi="Poppins Medium" w:cs="Poppins Medium"/>
          <w:b/>
          <w:bCs/>
          <w:sz w:val="24"/>
          <w:szCs w:val="24"/>
        </w:rPr>
        <w:t xml:space="preserve">sterfgevallen </w:t>
      </w:r>
      <w:r w:rsidRPr="00891CCA">
        <w:rPr>
          <w:rFonts w:ascii="Poppins Medium" w:hAnsi="Poppins Medium" w:cs="Poppins Medium"/>
          <w:sz w:val="24"/>
          <w:szCs w:val="24"/>
        </w:rPr>
        <w:t xml:space="preserve">tijdens de TT acht </w:t>
      </w:r>
      <w:r w:rsidRPr="00891CCA">
        <w:rPr>
          <w:rFonts w:ascii="Poppins Medium" w:hAnsi="Poppins Medium" w:cs="Poppins Medium"/>
          <w:b/>
          <w:bCs/>
          <w:sz w:val="24"/>
          <w:szCs w:val="24"/>
        </w:rPr>
        <w:t>De Vogelvriend</w:t>
      </w:r>
      <w:r w:rsidRPr="00891CCA">
        <w:rPr>
          <w:rFonts w:ascii="Poppins Medium" w:hAnsi="Poppins Medium" w:cs="Poppins Medium"/>
          <w:sz w:val="24"/>
          <w:szCs w:val="24"/>
        </w:rPr>
        <w:t xml:space="preserve"> zich </w:t>
      </w:r>
      <w:r w:rsidRPr="00891CCA">
        <w:rPr>
          <w:rFonts w:ascii="Poppins Medium" w:hAnsi="Poppins Medium" w:cs="Poppins Medium"/>
          <w:b/>
          <w:bCs/>
          <w:sz w:val="24"/>
          <w:szCs w:val="24"/>
        </w:rPr>
        <w:t>nie</w:t>
      </w:r>
      <w:r w:rsidR="00891CCA" w:rsidRPr="00891CCA">
        <w:rPr>
          <w:rFonts w:ascii="Poppins Medium" w:hAnsi="Poppins Medium" w:cs="Poppins Medium"/>
          <w:b/>
          <w:bCs/>
          <w:sz w:val="24"/>
          <w:szCs w:val="24"/>
        </w:rPr>
        <w:t xml:space="preserve">t </w:t>
      </w:r>
      <w:r w:rsidRPr="00891CCA">
        <w:rPr>
          <w:rFonts w:ascii="Poppins Medium" w:hAnsi="Poppins Medium" w:cs="Poppins Medium"/>
          <w:b/>
          <w:bCs/>
          <w:sz w:val="24"/>
          <w:szCs w:val="24"/>
        </w:rPr>
        <w:t>aansprakelijk.</w:t>
      </w:r>
    </w:p>
    <w:p w14:paraId="3CDBD1C2" w14:textId="20F6056F" w:rsidR="00EB4E3E" w:rsidRDefault="00EB4E3E" w:rsidP="00EB4E3E">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t>7</w:t>
      </w:r>
      <w:r w:rsidRPr="009B0F3A">
        <w:rPr>
          <w:rFonts w:ascii="Poppins Medium" w:hAnsi="Poppins Medium" w:cs="Poppins Medium"/>
          <w:b/>
          <w:color w:val="174E2B"/>
          <w:sz w:val="24"/>
          <w:szCs w:val="24"/>
        </w:rPr>
        <w:t xml:space="preserve">. </w:t>
      </w:r>
      <w:r w:rsidRPr="00EB4E3E">
        <w:rPr>
          <w:rFonts w:ascii="Poppins Medium" w:hAnsi="Poppins Medium" w:cs="Poppins Medium"/>
          <w:b/>
          <w:bCs/>
          <w:sz w:val="24"/>
          <w:szCs w:val="24"/>
        </w:rPr>
        <w:t>Vogels inbrengen</w:t>
      </w:r>
      <w:r w:rsidRPr="009B0F3A">
        <w:rPr>
          <w:rFonts w:ascii="Poppins Medium" w:hAnsi="Poppins Medium" w:cs="Poppins Medium"/>
          <w:sz w:val="24"/>
          <w:szCs w:val="24"/>
        </w:rPr>
        <w:t xml:space="preserve"> op </w:t>
      </w:r>
      <w:r w:rsidRPr="00EB4E3E">
        <w:rPr>
          <w:rFonts w:ascii="Poppins Medium" w:hAnsi="Poppins Medium" w:cs="Poppins Medium"/>
          <w:b/>
          <w:bCs/>
          <w:sz w:val="24"/>
          <w:szCs w:val="24"/>
        </w:rPr>
        <w:t>woensdag 4 november 2026</w:t>
      </w:r>
      <w:r w:rsidRPr="009B0F3A">
        <w:rPr>
          <w:rFonts w:ascii="Poppins Medium" w:hAnsi="Poppins Medium" w:cs="Poppins Medium"/>
          <w:sz w:val="24"/>
          <w:szCs w:val="24"/>
        </w:rPr>
        <w:t xml:space="preserve"> van </w:t>
      </w:r>
      <w:r w:rsidRPr="00EB4E3E">
        <w:rPr>
          <w:rFonts w:ascii="Poppins Medium" w:hAnsi="Poppins Medium" w:cs="Poppins Medium"/>
          <w:b/>
          <w:bCs/>
          <w:sz w:val="24"/>
          <w:szCs w:val="24"/>
        </w:rPr>
        <w:t>19:00 uur tot 21:00 uur</w:t>
      </w:r>
      <w:r w:rsidRPr="009B0F3A">
        <w:rPr>
          <w:rFonts w:ascii="Poppins Medium" w:hAnsi="Poppins Medium" w:cs="Poppins Medium"/>
          <w:sz w:val="24"/>
          <w:szCs w:val="24"/>
        </w:rPr>
        <w:t xml:space="preserve"> in het BSD gebouw, Jeroen Boschstraat 1, 5161 VA Sprang-Capelle.</w:t>
      </w:r>
      <w:r>
        <w:rPr>
          <w:rFonts w:ascii="Poppins Medium" w:hAnsi="Poppins Medium" w:cs="Poppins Medium"/>
          <w:sz w:val="24"/>
          <w:szCs w:val="24"/>
        </w:rPr>
        <w:t xml:space="preserve"> </w:t>
      </w:r>
    </w:p>
    <w:p w14:paraId="4E1D9E2B" w14:textId="016FE61F" w:rsidR="004F5087" w:rsidRPr="00EB4E3E" w:rsidRDefault="005E6329" w:rsidP="00EB4E3E">
      <w:pPr>
        <w:pStyle w:val="Lijstalinea"/>
        <w:numPr>
          <w:ilvl w:val="0"/>
          <w:numId w:val="15"/>
        </w:numPr>
        <w:spacing w:after="120"/>
        <w:rPr>
          <w:rFonts w:ascii="Poppins Medium" w:hAnsi="Poppins Medium" w:cs="Poppins Medium"/>
          <w:sz w:val="24"/>
          <w:szCs w:val="24"/>
        </w:rPr>
      </w:pPr>
      <w:r w:rsidRPr="00EB4E3E">
        <w:rPr>
          <w:rFonts w:ascii="Poppins Medium" w:hAnsi="Poppins Medium" w:cs="Poppins Medium"/>
          <w:sz w:val="24"/>
          <w:szCs w:val="24"/>
        </w:rPr>
        <w:t>Na inzending van de vogels heeft niemand toegang tot de zaal, met uitzondering van de TT-commissie en het bestuur.</w:t>
      </w:r>
    </w:p>
    <w:p w14:paraId="6149AE29" w14:textId="2A25980D" w:rsidR="004F5087" w:rsidRPr="009B0F3A" w:rsidRDefault="00EB4E3E">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t>8</w:t>
      </w:r>
      <w:r w:rsidRPr="009B0F3A">
        <w:rPr>
          <w:rFonts w:ascii="Poppins Medium" w:hAnsi="Poppins Medium" w:cs="Poppins Medium"/>
          <w:b/>
          <w:color w:val="174E2B"/>
          <w:sz w:val="24"/>
          <w:szCs w:val="24"/>
        </w:rPr>
        <w:t xml:space="preserve">. </w:t>
      </w:r>
      <w:r w:rsidRPr="00EB4E3E">
        <w:rPr>
          <w:rFonts w:ascii="Poppins Medium" w:hAnsi="Poppins Medium" w:cs="Poppins Medium"/>
          <w:b/>
          <w:bCs/>
          <w:sz w:val="24"/>
          <w:szCs w:val="24"/>
        </w:rPr>
        <w:t>Keuring</w:t>
      </w:r>
      <w:r w:rsidRPr="009B0F3A">
        <w:rPr>
          <w:rFonts w:ascii="Poppins Medium" w:hAnsi="Poppins Medium" w:cs="Poppins Medium"/>
          <w:sz w:val="24"/>
          <w:szCs w:val="24"/>
        </w:rPr>
        <w:t xml:space="preserve"> vindt plaats op </w:t>
      </w:r>
      <w:r w:rsidRPr="00EB4E3E">
        <w:rPr>
          <w:rFonts w:ascii="Poppins Medium" w:hAnsi="Poppins Medium" w:cs="Poppins Medium"/>
          <w:b/>
          <w:bCs/>
          <w:sz w:val="24"/>
          <w:szCs w:val="24"/>
        </w:rPr>
        <w:t>donderdag 5 november 2026</w:t>
      </w:r>
      <w:r w:rsidRPr="009B0F3A">
        <w:rPr>
          <w:rFonts w:ascii="Poppins Medium" w:hAnsi="Poppins Medium" w:cs="Poppins Medium"/>
          <w:sz w:val="24"/>
          <w:szCs w:val="24"/>
        </w:rPr>
        <w:t xml:space="preserve"> met </w:t>
      </w:r>
      <w:r w:rsidRPr="00EB4E3E">
        <w:rPr>
          <w:rFonts w:ascii="Poppins Medium" w:hAnsi="Poppins Medium" w:cs="Poppins Medium"/>
          <w:sz w:val="24"/>
          <w:szCs w:val="24"/>
          <w:u w:val="single"/>
        </w:rPr>
        <w:t>kunstlicht.</w:t>
      </w:r>
    </w:p>
    <w:p w14:paraId="005C380D" w14:textId="78C28421" w:rsidR="00155F79" w:rsidRDefault="0039732B">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t>9</w:t>
      </w:r>
      <w:r w:rsidRPr="009B0F3A">
        <w:rPr>
          <w:rFonts w:ascii="Poppins Medium" w:hAnsi="Poppins Medium" w:cs="Poppins Medium"/>
          <w:b/>
          <w:color w:val="174E2B"/>
          <w:sz w:val="24"/>
          <w:szCs w:val="24"/>
        </w:rPr>
        <w:t xml:space="preserve">. </w:t>
      </w:r>
      <w:r w:rsidRPr="00155F79">
        <w:rPr>
          <w:rFonts w:ascii="Poppins Medium" w:hAnsi="Poppins Medium" w:cs="Poppins Medium"/>
          <w:b/>
          <w:bCs/>
          <w:sz w:val="24"/>
          <w:szCs w:val="24"/>
        </w:rPr>
        <w:t>Officiële opening</w:t>
      </w:r>
      <w:r w:rsidRPr="009B0F3A">
        <w:rPr>
          <w:rFonts w:ascii="Poppins Medium" w:hAnsi="Poppins Medium" w:cs="Poppins Medium"/>
          <w:sz w:val="24"/>
          <w:szCs w:val="24"/>
        </w:rPr>
        <w:t xml:space="preserve"> vindt plaats op </w:t>
      </w:r>
      <w:r w:rsidRPr="00155F79">
        <w:rPr>
          <w:rFonts w:ascii="Poppins Medium" w:hAnsi="Poppins Medium" w:cs="Poppins Medium"/>
          <w:b/>
          <w:bCs/>
          <w:sz w:val="24"/>
          <w:szCs w:val="24"/>
        </w:rPr>
        <w:t xml:space="preserve">vrijdag </w:t>
      </w:r>
      <w:r w:rsidR="00155F79" w:rsidRPr="00155F79">
        <w:rPr>
          <w:rFonts w:ascii="Poppins Medium" w:hAnsi="Poppins Medium" w:cs="Poppins Medium"/>
          <w:b/>
          <w:bCs/>
          <w:sz w:val="24"/>
          <w:szCs w:val="24"/>
        </w:rPr>
        <w:t>6</w:t>
      </w:r>
      <w:r w:rsidRPr="00155F79">
        <w:rPr>
          <w:rFonts w:ascii="Poppins Medium" w:hAnsi="Poppins Medium" w:cs="Poppins Medium"/>
          <w:b/>
          <w:bCs/>
          <w:sz w:val="24"/>
          <w:szCs w:val="24"/>
        </w:rPr>
        <w:t xml:space="preserve"> november 202</w:t>
      </w:r>
      <w:r w:rsidR="00155F79" w:rsidRPr="00155F79">
        <w:rPr>
          <w:rFonts w:ascii="Poppins Medium" w:hAnsi="Poppins Medium" w:cs="Poppins Medium"/>
          <w:b/>
          <w:bCs/>
          <w:sz w:val="24"/>
          <w:szCs w:val="24"/>
        </w:rPr>
        <w:t>6</w:t>
      </w:r>
      <w:r w:rsidRPr="00155F79">
        <w:rPr>
          <w:rFonts w:ascii="Poppins Medium" w:hAnsi="Poppins Medium" w:cs="Poppins Medium"/>
          <w:b/>
          <w:bCs/>
          <w:sz w:val="24"/>
          <w:szCs w:val="24"/>
        </w:rPr>
        <w:t xml:space="preserve"> om 19:30 uur</w:t>
      </w:r>
    </w:p>
    <w:p w14:paraId="442E958E" w14:textId="07DE8C90" w:rsidR="00155F79" w:rsidRPr="00155F79" w:rsidRDefault="00155F79" w:rsidP="00155F79">
      <w:pPr>
        <w:pStyle w:val="Lijstalinea"/>
        <w:numPr>
          <w:ilvl w:val="0"/>
          <w:numId w:val="15"/>
        </w:numPr>
        <w:spacing w:after="120"/>
        <w:rPr>
          <w:rFonts w:ascii="Poppins Medium" w:hAnsi="Poppins Medium" w:cs="Poppins Medium"/>
          <w:sz w:val="24"/>
          <w:szCs w:val="24"/>
        </w:rPr>
      </w:pPr>
      <w:r>
        <w:rPr>
          <w:rFonts w:ascii="Poppins Medium" w:hAnsi="Poppins Medium" w:cs="Poppins Medium"/>
          <w:sz w:val="24"/>
          <w:szCs w:val="24"/>
        </w:rPr>
        <w:t>T</w:t>
      </w:r>
      <w:r w:rsidRPr="00155F79">
        <w:rPr>
          <w:rFonts w:ascii="Poppins Medium" w:hAnsi="Poppins Medium" w:cs="Poppins Medium"/>
          <w:sz w:val="24"/>
          <w:szCs w:val="24"/>
        </w:rPr>
        <w:t xml:space="preserve">evens zullen dan ook de prijswinnaars bekend worden gemaakt. </w:t>
      </w:r>
    </w:p>
    <w:p w14:paraId="18400FB7" w14:textId="77777777" w:rsidR="0039732B" w:rsidRDefault="005E6329" w:rsidP="0039732B">
      <w:pPr>
        <w:pStyle w:val="Lijstalinea"/>
        <w:numPr>
          <w:ilvl w:val="0"/>
          <w:numId w:val="15"/>
        </w:numPr>
        <w:spacing w:after="120"/>
        <w:rPr>
          <w:rFonts w:ascii="Poppins Medium" w:hAnsi="Poppins Medium" w:cs="Poppins Medium"/>
          <w:sz w:val="24"/>
          <w:szCs w:val="24"/>
        </w:rPr>
      </w:pPr>
      <w:r w:rsidRPr="0039732B">
        <w:rPr>
          <w:rFonts w:ascii="Poppins Medium" w:hAnsi="Poppins Medium" w:cs="Poppins Medium"/>
          <w:sz w:val="24"/>
          <w:szCs w:val="24"/>
        </w:rPr>
        <w:t xml:space="preserve">De prijzen zullen op </w:t>
      </w:r>
      <w:r w:rsidRPr="00445016">
        <w:rPr>
          <w:rFonts w:ascii="Poppins Medium" w:hAnsi="Poppins Medium" w:cs="Poppins Medium"/>
          <w:b/>
          <w:bCs/>
          <w:sz w:val="24"/>
          <w:szCs w:val="24"/>
        </w:rPr>
        <w:t xml:space="preserve">zaterdagavond </w:t>
      </w:r>
      <w:r w:rsidR="0039732B" w:rsidRPr="00445016">
        <w:rPr>
          <w:rFonts w:ascii="Poppins Medium" w:hAnsi="Poppins Medium" w:cs="Poppins Medium"/>
          <w:b/>
          <w:bCs/>
          <w:sz w:val="24"/>
          <w:szCs w:val="24"/>
        </w:rPr>
        <w:t>7</w:t>
      </w:r>
      <w:r w:rsidRPr="00445016">
        <w:rPr>
          <w:rFonts w:ascii="Poppins Medium" w:hAnsi="Poppins Medium" w:cs="Poppins Medium"/>
          <w:b/>
          <w:bCs/>
          <w:sz w:val="24"/>
          <w:szCs w:val="24"/>
        </w:rPr>
        <w:t xml:space="preserve"> november 202</w:t>
      </w:r>
      <w:r w:rsidR="0039732B" w:rsidRPr="00445016">
        <w:rPr>
          <w:rFonts w:ascii="Poppins Medium" w:hAnsi="Poppins Medium" w:cs="Poppins Medium"/>
          <w:b/>
          <w:bCs/>
          <w:sz w:val="24"/>
          <w:szCs w:val="24"/>
        </w:rPr>
        <w:t>6</w:t>
      </w:r>
      <w:r w:rsidRPr="0039732B">
        <w:rPr>
          <w:rFonts w:ascii="Poppins Medium" w:hAnsi="Poppins Medium" w:cs="Poppins Medium"/>
          <w:sz w:val="24"/>
          <w:szCs w:val="24"/>
        </w:rPr>
        <w:t xml:space="preserve"> om 19:30 uur uitgereikt worden. </w:t>
      </w:r>
      <w:r w:rsidRPr="00445016">
        <w:rPr>
          <w:rFonts w:ascii="Poppins Medium" w:hAnsi="Poppins Medium" w:cs="Poppins Medium"/>
          <w:b/>
          <w:bCs/>
          <w:sz w:val="24"/>
          <w:szCs w:val="24"/>
        </w:rPr>
        <w:t>De openingstijden</w:t>
      </w:r>
      <w:r w:rsidRPr="0039732B">
        <w:rPr>
          <w:rFonts w:ascii="Poppins Medium" w:hAnsi="Poppins Medium" w:cs="Poppins Medium"/>
          <w:sz w:val="24"/>
          <w:szCs w:val="24"/>
        </w:rPr>
        <w:t xml:space="preserve"> zijn als volgt: </w:t>
      </w:r>
      <w:r w:rsidRPr="00445016">
        <w:rPr>
          <w:rFonts w:ascii="Poppins Medium" w:hAnsi="Poppins Medium" w:cs="Poppins Medium"/>
          <w:b/>
          <w:bCs/>
          <w:sz w:val="24"/>
          <w:szCs w:val="24"/>
        </w:rPr>
        <w:t xml:space="preserve">vrijdag </w:t>
      </w:r>
      <w:r w:rsidR="0039732B" w:rsidRPr="00445016">
        <w:rPr>
          <w:rFonts w:ascii="Poppins Medium" w:hAnsi="Poppins Medium" w:cs="Poppins Medium"/>
          <w:b/>
          <w:bCs/>
          <w:sz w:val="24"/>
          <w:szCs w:val="24"/>
        </w:rPr>
        <w:t xml:space="preserve">6 </w:t>
      </w:r>
      <w:r w:rsidRPr="00445016">
        <w:rPr>
          <w:rFonts w:ascii="Poppins Medium" w:hAnsi="Poppins Medium" w:cs="Poppins Medium"/>
          <w:b/>
          <w:bCs/>
          <w:sz w:val="24"/>
          <w:szCs w:val="24"/>
        </w:rPr>
        <w:t>november 202</w:t>
      </w:r>
      <w:r w:rsidR="0039732B" w:rsidRPr="00445016">
        <w:rPr>
          <w:rFonts w:ascii="Poppins Medium" w:hAnsi="Poppins Medium" w:cs="Poppins Medium"/>
          <w:b/>
          <w:bCs/>
          <w:sz w:val="24"/>
          <w:szCs w:val="24"/>
        </w:rPr>
        <w:t>6</w:t>
      </w:r>
      <w:r w:rsidRPr="0039732B">
        <w:rPr>
          <w:rFonts w:ascii="Poppins Medium" w:hAnsi="Poppins Medium" w:cs="Poppins Medium"/>
          <w:sz w:val="24"/>
          <w:szCs w:val="24"/>
        </w:rPr>
        <w:t xml:space="preserve"> van 19:30 - 22:00 uur; </w:t>
      </w:r>
      <w:r w:rsidRPr="00445016">
        <w:rPr>
          <w:rFonts w:ascii="Poppins Medium" w:hAnsi="Poppins Medium" w:cs="Poppins Medium"/>
          <w:b/>
          <w:bCs/>
          <w:sz w:val="24"/>
          <w:szCs w:val="24"/>
        </w:rPr>
        <w:t xml:space="preserve">zaterdag </w:t>
      </w:r>
      <w:r w:rsidR="0039732B" w:rsidRPr="00445016">
        <w:rPr>
          <w:rFonts w:ascii="Poppins Medium" w:hAnsi="Poppins Medium" w:cs="Poppins Medium"/>
          <w:b/>
          <w:bCs/>
          <w:sz w:val="24"/>
          <w:szCs w:val="24"/>
        </w:rPr>
        <w:t>7</w:t>
      </w:r>
      <w:r w:rsidRPr="00445016">
        <w:rPr>
          <w:rFonts w:ascii="Poppins Medium" w:hAnsi="Poppins Medium" w:cs="Poppins Medium"/>
          <w:b/>
          <w:bCs/>
          <w:sz w:val="24"/>
          <w:szCs w:val="24"/>
        </w:rPr>
        <w:t xml:space="preserve"> november 202</w:t>
      </w:r>
      <w:r w:rsidR="0039732B" w:rsidRPr="00445016">
        <w:rPr>
          <w:rFonts w:ascii="Poppins Medium" w:hAnsi="Poppins Medium" w:cs="Poppins Medium"/>
          <w:b/>
          <w:bCs/>
          <w:sz w:val="24"/>
          <w:szCs w:val="24"/>
        </w:rPr>
        <w:t>6</w:t>
      </w:r>
      <w:r w:rsidRPr="0039732B">
        <w:rPr>
          <w:rFonts w:ascii="Poppins Medium" w:hAnsi="Poppins Medium" w:cs="Poppins Medium"/>
          <w:sz w:val="24"/>
          <w:szCs w:val="24"/>
        </w:rPr>
        <w:t xml:space="preserve"> van 13:00 - 21:30 uur.</w:t>
      </w:r>
    </w:p>
    <w:p w14:paraId="62AB533A" w14:textId="243D2403" w:rsidR="004F5087" w:rsidRPr="0039732B" w:rsidRDefault="005E6329" w:rsidP="0039732B">
      <w:pPr>
        <w:pStyle w:val="Lijstalinea"/>
        <w:numPr>
          <w:ilvl w:val="0"/>
          <w:numId w:val="15"/>
        </w:numPr>
        <w:spacing w:after="120"/>
        <w:rPr>
          <w:rFonts w:ascii="Poppins Medium" w:hAnsi="Poppins Medium" w:cs="Poppins Medium"/>
          <w:sz w:val="24"/>
          <w:szCs w:val="24"/>
        </w:rPr>
      </w:pPr>
      <w:r w:rsidRPr="00445016">
        <w:rPr>
          <w:rFonts w:ascii="Poppins Medium" w:hAnsi="Poppins Medium" w:cs="Poppins Medium"/>
          <w:b/>
          <w:bCs/>
          <w:sz w:val="24"/>
          <w:szCs w:val="24"/>
        </w:rPr>
        <w:lastRenderedPageBreak/>
        <w:t xml:space="preserve">Afhalen </w:t>
      </w:r>
      <w:r w:rsidRPr="0039732B">
        <w:rPr>
          <w:rFonts w:ascii="Poppins Medium" w:hAnsi="Poppins Medium" w:cs="Poppins Medium"/>
          <w:sz w:val="24"/>
          <w:szCs w:val="24"/>
        </w:rPr>
        <w:t xml:space="preserve">van vogels op </w:t>
      </w:r>
      <w:r w:rsidRPr="00445016">
        <w:rPr>
          <w:rFonts w:ascii="Poppins Medium" w:hAnsi="Poppins Medium" w:cs="Poppins Medium"/>
          <w:b/>
          <w:bCs/>
          <w:sz w:val="24"/>
          <w:szCs w:val="24"/>
        </w:rPr>
        <w:t xml:space="preserve">zaterdag </w:t>
      </w:r>
      <w:r w:rsidR="0039732B" w:rsidRPr="00445016">
        <w:rPr>
          <w:rFonts w:ascii="Poppins Medium" w:hAnsi="Poppins Medium" w:cs="Poppins Medium"/>
          <w:b/>
          <w:bCs/>
          <w:sz w:val="24"/>
          <w:szCs w:val="24"/>
        </w:rPr>
        <w:t>7</w:t>
      </w:r>
      <w:r w:rsidRPr="00445016">
        <w:rPr>
          <w:rFonts w:ascii="Poppins Medium" w:hAnsi="Poppins Medium" w:cs="Poppins Medium"/>
          <w:b/>
          <w:bCs/>
          <w:sz w:val="24"/>
          <w:szCs w:val="24"/>
        </w:rPr>
        <w:t xml:space="preserve"> november 202</w:t>
      </w:r>
      <w:r w:rsidR="0039732B" w:rsidRPr="00445016">
        <w:rPr>
          <w:rFonts w:ascii="Poppins Medium" w:hAnsi="Poppins Medium" w:cs="Poppins Medium"/>
          <w:b/>
          <w:bCs/>
          <w:sz w:val="24"/>
          <w:szCs w:val="24"/>
        </w:rPr>
        <w:t>6</w:t>
      </w:r>
      <w:r w:rsidRPr="00445016">
        <w:rPr>
          <w:rFonts w:ascii="Poppins Medium" w:hAnsi="Poppins Medium" w:cs="Poppins Medium"/>
          <w:b/>
          <w:bCs/>
          <w:sz w:val="24"/>
          <w:szCs w:val="24"/>
        </w:rPr>
        <w:t xml:space="preserve"> vanaf 22:00 uur</w:t>
      </w:r>
      <w:r w:rsidRPr="0039732B">
        <w:rPr>
          <w:rFonts w:ascii="Poppins Medium" w:hAnsi="Poppins Medium" w:cs="Poppins Medium"/>
          <w:sz w:val="24"/>
          <w:szCs w:val="24"/>
        </w:rPr>
        <w:t>. Dit kan uitsluitend geschieden op vertoon van het afhaalbewijs.</w:t>
      </w:r>
    </w:p>
    <w:p w14:paraId="61A4CD55" w14:textId="4774A790" w:rsidR="004F5087" w:rsidRPr="00774533" w:rsidRDefault="005E6329" w:rsidP="00774533">
      <w:pPr>
        <w:spacing w:after="120"/>
        <w:ind w:left="360"/>
        <w:rPr>
          <w:rFonts w:ascii="Poppins Medium" w:hAnsi="Poppins Medium" w:cs="Poppins Medium"/>
          <w:sz w:val="24"/>
          <w:szCs w:val="24"/>
        </w:rPr>
      </w:pPr>
      <w:r w:rsidRPr="00774533">
        <w:rPr>
          <w:rFonts w:ascii="Poppins Medium" w:hAnsi="Poppins Medium" w:cs="Poppins Medium"/>
          <w:b/>
          <w:color w:val="174E2B"/>
          <w:sz w:val="24"/>
          <w:szCs w:val="24"/>
        </w:rPr>
        <w:t>1</w:t>
      </w:r>
      <w:r w:rsidR="00445016" w:rsidRPr="00774533">
        <w:rPr>
          <w:rFonts w:ascii="Poppins Medium" w:hAnsi="Poppins Medium" w:cs="Poppins Medium"/>
          <w:b/>
          <w:color w:val="174E2B"/>
          <w:sz w:val="24"/>
          <w:szCs w:val="24"/>
        </w:rPr>
        <w:t>0</w:t>
      </w:r>
      <w:r w:rsidRPr="00774533">
        <w:rPr>
          <w:rFonts w:ascii="Poppins Medium" w:hAnsi="Poppins Medium" w:cs="Poppins Medium"/>
          <w:b/>
          <w:color w:val="174E2B"/>
          <w:sz w:val="24"/>
          <w:szCs w:val="24"/>
        </w:rPr>
        <w:t xml:space="preserve">. </w:t>
      </w:r>
      <w:r w:rsidRPr="00774533">
        <w:rPr>
          <w:rFonts w:ascii="Poppins Medium" w:hAnsi="Poppins Medium" w:cs="Poppins Medium"/>
          <w:b/>
          <w:bCs/>
          <w:sz w:val="24"/>
          <w:szCs w:val="24"/>
        </w:rPr>
        <w:t>Kampioenen</w:t>
      </w:r>
      <w:r w:rsidRPr="00774533">
        <w:rPr>
          <w:rFonts w:ascii="Poppins Medium" w:hAnsi="Poppins Medium" w:cs="Poppins Medium"/>
          <w:sz w:val="24"/>
          <w:szCs w:val="24"/>
        </w:rPr>
        <w:t>: zowel voor volwassen als jeugdleden (jeugdleden doen mee met de algehele TT) geldt het volgende: kampioenen bij 10 vogels of meer vallen in de volgende hoofdgroepen en/of subgroepen.</w:t>
      </w:r>
      <w:r w:rsidRPr="00774533">
        <w:rPr>
          <w:rFonts w:ascii="Poppins Medium" w:hAnsi="Poppins Medium" w:cs="Poppins Medium"/>
          <w:sz w:val="24"/>
          <w:szCs w:val="24"/>
        </w:rPr>
        <w:br/>
      </w:r>
      <w:r w:rsidRPr="00774533">
        <w:rPr>
          <w:rFonts w:ascii="Poppins Medium" w:hAnsi="Poppins Medium" w:cs="Poppins Medium"/>
          <w:sz w:val="24"/>
          <w:szCs w:val="24"/>
        </w:rPr>
        <w:br/>
      </w:r>
      <w:r w:rsidRPr="00774533">
        <w:rPr>
          <w:rFonts w:ascii="Poppins Medium" w:hAnsi="Poppins Medium" w:cs="Poppins Medium"/>
          <w:b/>
          <w:bCs/>
          <w:sz w:val="24"/>
          <w:szCs w:val="24"/>
        </w:rPr>
        <w:t>Kanaries</w:t>
      </w:r>
      <w:r w:rsidRPr="00774533">
        <w:rPr>
          <w:rFonts w:ascii="Poppins Medium" w:hAnsi="Poppins Medium" w:cs="Poppins Medium"/>
          <w:sz w:val="24"/>
          <w:szCs w:val="24"/>
        </w:rPr>
        <w:t>: Lipochroom wit, Lipochroom geel, Lipochroom rood, Melanine zwart &amp; bruin, Melanine agaat &amp; isabel, Melanine pastel - phaeo, Melanine satinet - kobalt, Frisé rassen, Houdingsrassen, Vorm en overige rassen.</w:t>
      </w:r>
      <w:r w:rsidRPr="00774533">
        <w:rPr>
          <w:rFonts w:ascii="Poppins Medium" w:hAnsi="Poppins Medium" w:cs="Poppins Medium"/>
          <w:sz w:val="24"/>
          <w:szCs w:val="24"/>
        </w:rPr>
        <w:br/>
      </w:r>
      <w:r w:rsidRPr="00774533">
        <w:rPr>
          <w:rFonts w:ascii="Poppins Medium" w:hAnsi="Poppins Medium" w:cs="Poppins Medium"/>
          <w:sz w:val="24"/>
          <w:szCs w:val="24"/>
        </w:rPr>
        <w:br/>
      </w:r>
      <w:r w:rsidRPr="00774533">
        <w:rPr>
          <w:rFonts w:ascii="Poppins Medium" w:hAnsi="Poppins Medium" w:cs="Poppins Medium"/>
          <w:b/>
          <w:bCs/>
          <w:sz w:val="24"/>
          <w:szCs w:val="24"/>
        </w:rPr>
        <w:t>Overige</w:t>
      </w:r>
      <w:r w:rsidRPr="00774533">
        <w:rPr>
          <w:rFonts w:ascii="Poppins Medium" w:hAnsi="Poppins Medium" w:cs="Poppins Medium"/>
          <w:sz w:val="24"/>
          <w:szCs w:val="24"/>
        </w:rPr>
        <w:t>: Zebravinken, Japanse meeuwen, Lonchura’s, Gouldamadines, Australische prachtvinken, EC &amp; bastaarden, Tropische vogels 1, Tropische vogels 2, Duiven, Grondvogels.</w:t>
      </w:r>
      <w:r w:rsidRPr="00774533">
        <w:rPr>
          <w:rFonts w:ascii="Poppins Medium" w:hAnsi="Poppins Medium" w:cs="Poppins Medium"/>
          <w:sz w:val="24"/>
          <w:szCs w:val="24"/>
        </w:rPr>
        <w:br/>
      </w:r>
      <w:r w:rsidRPr="00774533">
        <w:rPr>
          <w:rFonts w:ascii="Poppins Medium" w:hAnsi="Poppins Medium" w:cs="Poppins Medium"/>
          <w:sz w:val="24"/>
          <w:szCs w:val="24"/>
        </w:rPr>
        <w:br/>
      </w:r>
      <w:r w:rsidRPr="00774533">
        <w:rPr>
          <w:rFonts w:ascii="Poppins Medium" w:hAnsi="Poppins Medium" w:cs="Poppins Medium"/>
          <w:b/>
          <w:bCs/>
          <w:sz w:val="24"/>
          <w:szCs w:val="24"/>
        </w:rPr>
        <w:t>Kromsnavels</w:t>
      </w:r>
      <w:r w:rsidRPr="00774533">
        <w:rPr>
          <w:rFonts w:ascii="Poppins Medium" w:hAnsi="Poppins Medium" w:cs="Poppins Medium"/>
          <w:sz w:val="24"/>
          <w:szCs w:val="24"/>
        </w:rPr>
        <w:t>: Kleur grasparkieten, Standaard grasparkieten, Forpussen, Agaporniden, Catharina’s, Neophema’s, Valkparkieten, Australische parkieten, Grote parkieten, Overige kromsnavels.</w:t>
      </w:r>
    </w:p>
    <w:p w14:paraId="0A6619FD" w14:textId="31D1D283" w:rsidR="004F5087" w:rsidRPr="00445016" w:rsidRDefault="005E6329">
      <w:pPr>
        <w:spacing w:after="120"/>
        <w:ind w:left="425" w:hanging="425"/>
        <w:rPr>
          <w:rFonts w:ascii="Poppins Medium" w:hAnsi="Poppins Medium" w:cs="Poppins Medium"/>
          <w:b/>
          <w:bCs/>
          <w:sz w:val="24"/>
          <w:szCs w:val="24"/>
        </w:rPr>
      </w:pPr>
      <w:r w:rsidRPr="009B0F3A">
        <w:rPr>
          <w:rFonts w:ascii="Poppins Medium" w:hAnsi="Poppins Medium" w:cs="Poppins Medium"/>
          <w:b/>
          <w:color w:val="174E2B"/>
          <w:sz w:val="24"/>
          <w:szCs w:val="24"/>
        </w:rPr>
        <w:t>1</w:t>
      </w:r>
      <w:r w:rsidR="00445016">
        <w:rPr>
          <w:rFonts w:ascii="Poppins Medium" w:hAnsi="Poppins Medium" w:cs="Poppins Medium"/>
          <w:b/>
          <w:color w:val="174E2B"/>
          <w:sz w:val="24"/>
          <w:szCs w:val="24"/>
        </w:rPr>
        <w:t>1</w:t>
      </w:r>
      <w:r w:rsidRPr="009B0F3A">
        <w:rPr>
          <w:rFonts w:ascii="Poppins Medium" w:hAnsi="Poppins Medium" w:cs="Poppins Medium"/>
          <w:b/>
          <w:color w:val="174E2B"/>
          <w:sz w:val="24"/>
          <w:szCs w:val="24"/>
        </w:rPr>
        <w:t xml:space="preserve">. </w:t>
      </w:r>
      <w:r w:rsidRPr="00445016">
        <w:rPr>
          <w:rFonts w:ascii="Poppins Medium" w:hAnsi="Poppins Medium" w:cs="Poppins Medium"/>
          <w:b/>
          <w:bCs/>
          <w:sz w:val="24"/>
          <w:szCs w:val="24"/>
        </w:rPr>
        <w:t>Zie vraagprogramma 2025-2029</w:t>
      </w:r>
      <w:r w:rsidRPr="009B0F3A">
        <w:rPr>
          <w:rFonts w:ascii="Poppins Medium" w:hAnsi="Poppins Medium" w:cs="Poppins Medium"/>
          <w:sz w:val="24"/>
          <w:szCs w:val="24"/>
        </w:rPr>
        <w:t xml:space="preserve"> voor kweekjaren en type kooien. </w:t>
      </w:r>
      <w:r w:rsidRPr="00445016">
        <w:rPr>
          <w:rFonts w:ascii="Poppins Medium" w:hAnsi="Poppins Medium" w:cs="Poppins Medium"/>
          <w:b/>
          <w:bCs/>
          <w:sz w:val="24"/>
          <w:szCs w:val="24"/>
        </w:rPr>
        <w:t>Let op</w:t>
      </w:r>
      <w:r w:rsidRPr="009B0F3A">
        <w:rPr>
          <w:rFonts w:ascii="Poppins Medium" w:hAnsi="Poppins Medium" w:cs="Poppins Medium"/>
          <w:sz w:val="24"/>
          <w:szCs w:val="24"/>
        </w:rPr>
        <w:t xml:space="preserve">: </w:t>
      </w:r>
      <w:r w:rsidRPr="00445016">
        <w:rPr>
          <w:rFonts w:ascii="Poppins Medium" w:hAnsi="Poppins Medium" w:cs="Poppins Medium"/>
          <w:i/>
          <w:iCs/>
          <w:sz w:val="24"/>
          <w:szCs w:val="24"/>
        </w:rPr>
        <w:t>insecteneters moeten verplicht in kistkooien/parkietenkooien gebracht</w:t>
      </w:r>
      <w:r w:rsidRPr="009B0F3A">
        <w:rPr>
          <w:rFonts w:ascii="Poppins Medium" w:hAnsi="Poppins Medium" w:cs="Poppins Medium"/>
          <w:sz w:val="24"/>
          <w:szCs w:val="24"/>
        </w:rPr>
        <w:t xml:space="preserve"> </w:t>
      </w:r>
      <w:r w:rsidRPr="00445016">
        <w:rPr>
          <w:rFonts w:ascii="Poppins Medium" w:hAnsi="Poppins Medium" w:cs="Poppins Medium"/>
          <w:i/>
          <w:iCs/>
          <w:sz w:val="24"/>
          <w:szCs w:val="24"/>
        </w:rPr>
        <w:t>worden. Dit geldt ook voor grote parkieten.</w:t>
      </w:r>
      <w:r w:rsidRPr="009B0F3A">
        <w:rPr>
          <w:rFonts w:ascii="Poppins Medium" w:hAnsi="Poppins Medium" w:cs="Poppins Medium"/>
          <w:sz w:val="24"/>
          <w:szCs w:val="24"/>
        </w:rPr>
        <w:t xml:space="preserve"> </w:t>
      </w:r>
      <w:r w:rsidRPr="00445016">
        <w:rPr>
          <w:rFonts w:ascii="Poppins Medium" w:hAnsi="Poppins Medium" w:cs="Poppins Medium"/>
          <w:b/>
          <w:bCs/>
          <w:sz w:val="24"/>
          <w:szCs w:val="24"/>
        </w:rPr>
        <w:t>Geef dit aan op het inschrijfformulier.</w:t>
      </w:r>
    </w:p>
    <w:p w14:paraId="681F3E95" w14:textId="77777777" w:rsidR="00445016" w:rsidRDefault="005E6329">
      <w:pPr>
        <w:spacing w:after="120"/>
        <w:ind w:left="425" w:hanging="425"/>
        <w:rPr>
          <w:rFonts w:ascii="Poppins Medium" w:hAnsi="Poppins Medium" w:cs="Poppins Medium"/>
          <w:sz w:val="24"/>
          <w:szCs w:val="24"/>
        </w:rPr>
      </w:pPr>
      <w:r w:rsidRPr="009B0F3A">
        <w:rPr>
          <w:rFonts w:ascii="Poppins Medium" w:hAnsi="Poppins Medium" w:cs="Poppins Medium"/>
          <w:b/>
          <w:color w:val="174E2B"/>
          <w:sz w:val="24"/>
          <w:szCs w:val="24"/>
        </w:rPr>
        <w:t>1</w:t>
      </w:r>
      <w:r w:rsidR="00445016">
        <w:rPr>
          <w:rFonts w:ascii="Poppins Medium" w:hAnsi="Poppins Medium" w:cs="Poppins Medium"/>
          <w:b/>
          <w:color w:val="174E2B"/>
          <w:sz w:val="24"/>
          <w:szCs w:val="24"/>
        </w:rPr>
        <w:t>2</w:t>
      </w:r>
      <w:r w:rsidRPr="009B0F3A">
        <w:rPr>
          <w:rFonts w:ascii="Poppins Medium" w:hAnsi="Poppins Medium" w:cs="Poppins Medium"/>
          <w:b/>
          <w:color w:val="174E2B"/>
          <w:sz w:val="24"/>
          <w:szCs w:val="24"/>
        </w:rPr>
        <w:t xml:space="preserve">. </w:t>
      </w:r>
      <w:r w:rsidRPr="00445016">
        <w:rPr>
          <w:rFonts w:ascii="Poppins Medium" w:hAnsi="Poppins Medium" w:cs="Poppins Medium"/>
          <w:b/>
          <w:bCs/>
          <w:sz w:val="24"/>
          <w:szCs w:val="24"/>
        </w:rPr>
        <w:t>Klassement natura</w:t>
      </w:r>
      <w:r w:rsidRPr="009B0F3A">
        <w:rPr>
          <w:rFonts w:ascii="Poppins Medium" w:hAnsi="Poppins Medium" w:cs="Poppins Medium"/>
          <w:sz w:val="24"/>
          <w:szCs w:val="24"/>
        </w:rPr>
        <w:t xml:space="preserve">: er zijn 15 klassementsprijzen te verdienen. </w:t>
      </w:r>
    </w:p>
    <w:p w14:paraId="434E1EC2" w14:textId="1CE56663" w:rsidR="00445016" w:rsidRPr="00445016" w:rsidRDefault="005E6329" w:rsidP="00445016">
      <w:pPr>
        <w:spacing w:after="120"/>
        <w:ind w:firstLine="425"/>
        <w:rPr>
          <w:rFonts w:ascii="Poppins Medium" w:hAnsi="Poppins Medium" w:cs="Poppins Medium"/>
          <w:sz w:val="24"/>
          <w:szCs w:val="24"/>
        </w:rPr>
      </w:pPr>
      <w:r w:rsidRPr="00445016">
        <w:rPr>
          <w:rFonts w:ascii="Poppins Medium" w:hAnsi="Poppins Medium" w:cs="Poppins Medium"/>
          <w:sz w:val="24"/>
          <w:szCs w:val="24"/>
        </w:rPr>
        <w:t>1e prijs € 65,00</w:t>
      </w:r>
      <w:r w:rsidR="00445016" w:rsidRPr="00445016">
        <w:rPr>
          <w:rFonts w:ascii="Poppins Medium" w:hAnsi="Poppins Medium" w:cs="Poppins Medium"/>
          <w:sz w:val="24"/>
          <w:szCs w:val="24"/>
        </w:rPr>
        <w:tab/>
      </w:r>
      <w:r w:rsidR="00445016" w:rsidRPr="00445016">
        <w:rPr>
          <w:rFonts w:ascii="Poppins Medium" w:hAnsi="Poppins Medium" w:cs="Poppins Medium"/>
          <w:sz w:val="24"/>
          <w:szCs w:val="24"/>
        </w:rPr>
        <w:tab/>
        <w:t>6e prijs € 30,00</w:t>
      </w:r>
      <w:r w:rsidR="00445016" w:rsidRPr="00445016">
        <w:rPr>
          <w:rFonts w:ascii="Poppins Medium" w:hAnsi="Poppins Medium" w:cs="Poppins Medium"/>
          <w:sz w:val="24"/>
          <w:szCs w:val="24"/>
        </w:rPr>
        <w:tab/>
      </w:r>
      <w:r w:rsidR="00445016" w:rsidRPr="00445016">
        <w:rPr>
          <w:rFonts w:ascii="Poppins Medium" w:hAnsi="Poppins Medium" w:cs="Poppins Medium"/>
          <w:sz w:val="24"/>
          <w:szCs w:val="24"/>
        </w:rPr>
        <w:tab/>
        <w:t>11e en 12e prijs € 7,50</w:t>
      </w:r>
    </w:p>
    <w:p w14:paraId="16E035BC" w14:textId="4928DE6B" w:rsidR="00445016" w:rsidRPr="00445016" w:rsidRDefault="005E6329" w:rsidP="00445016">
      <w:pPr>
        <w:spacing w:after="120"/>
        <w:ind w:firstLine="425"/>
        <w:rPr>
          <w:rFonts w:ascii="Poppins Medium" w:hAnsi="Poppins Medium" w:cs="Poppins Medium"/>
          <w:sz w:val="24"/>
          <w:szCs w:val="24"/>
        </w:rPr>
      </w:pPr>
      <w:r w:rsidRPr="00445016">
        <w:rPr>
          <w:rFonts w:ascii="Poppins Medium" w:hAnsi="Poppins Medium" w:cs="Poppins Medium"/>
          <w:sz w:val="24"/>
          <w:szCs w:val="24"/>
        </w:rPr>
        <w:t xml:space="preserve">2e prijs € 50,00 </w:t>
      </w:r>
      <w:r w:rsidR="00445016" w:rsidRPr="00445016">
        <w:rPr>
          <w:rFonts w:ascii="Poppins Medium" w:hAnsi="Poppins Medium" w:cs="Poppins Medium"/>
          <w:sz w:val="24"/>
          <w:szCs w:val="24"/>
        </w:rPr>
        <w:tab/>
      </w:r>
      <w:r w:rsidR="00445016" w:rsidRPr="00445016">
        <w:rPr>
          <w:rFonts w:ascii="Poppins Medium" w:hAnsi="Poppins Medium" w:cs="Poppins Medium"/>
          <w:sz w:val="24"/>
          <w:szCs w:val="24"/>
        </w:rPr>
        <w:tab/>
        <w:t>7e prijs € 25,00</w:t>
      </w:r>
      <w:r w:rsidR="00445016" w:rsidRPr="00445016">
        <w:rPr>
          <w:rFonts w:ascii="Poppins Medium" w:hAnsi="Poppins Medium" w:cs="Poppins Medium"/>
          <w:sz w:val="24"/>
          <w:szCs w:val="24"/>
        </w:rPr>
        <w:tab/>
      </w:r>
      <w:r w:rsidR="00445016" w:rsidRPr="00445016">
        <w:rPr>
          <w:rFonts w:ascii="Poppins Medium" w:hAnsi="Poppins Medium" w:cs="Poppins Medium"/>
          <w:sz w:val="24"/>
          <w:szCs w:val="24"/>
        </w:rPr>
        <w:tab/>
        <w:t>13e, 14e en 15e prijs € 5,00</w:t>
      </w:r>
    </w:p>
    <w:p w14:paraId="110ECBB4" w14:textId="72D7EA86" w:rsidR="00445016" w:rsidRPr="00445016" w:rsidRDefault="005E6329" w:rsidP="00445016">
      <w:pPr>
        <w:spacing w:after="120"/>
        <w:ind w:firstLine="425"/>
        <w:rPr>
          <w:rFonts w:ascii="Poppins Medium" w:hAnsi="Poppins Medium" w:cs="Poppins Medium"/>
          <w:sz w:val="24"/>
          <w:szCs w:val="24"/>
        </w:rPr>
      </w:pPr>
      <w:r w:rsidRPr="00445016">
        <w:rPr>
          <w:rFonts w:ascii="Poppins Medium" w:hAnsi="Poppins Medium" w:cs="Poppins Medium"/>
          <w:sz w:val="24"/>
          <w:szCs w:val="24"/>
        </w:rPr>
        <w:t>3e prijs € 45,00</w:t>
      </w:r>
      <w:r w:rsidR="00445016" w:rsidRPr="00445016">
        <w:rPr>
          <w:rFonts w:ascii="Poppins Medium" w:hAnsi="Poppins Medium" w:cs="Poppins Medium"/>
          <w:sz w:val="24"/>
          <w:szCs w:val="24"/>
        </w:rPr>
        <w:tab/>
      </w:r>
      <w:r w:rsidR="00445016" w:rsidRPr="00445016">
        <w:rPr>
          <w:rFonts w:ascii="Poppins Medium" w:hAnsi="Poppins Medium" w:cs="Poppins Medium"/>
          <w:sz w:val="24"/>
          <w:szCs w:val="24"/>
        </w:rPr>
        <w:tab/>
        <w:t>8e prijs € 20,00</w:t>
      </w:r>
    </w:p>
    <w:p w14:paraId="1FDE695E" w14:textId="7A8739ED" w:rsidR="00445016" w:rsidRPr="00445016" w:rsidRDefault="005E6329" w:rsidP="00445016">
      <w:pPr>
        <w:spacing w:after="120"/>
        <w:ind w:firstLine="425"/>
        <w:rPr>
          <w:rFonts w:ascii="Poppins Medium" w:hAnsi="Poppins Medium" w:cs="Poppins Medium"/>
          <w:sz w:val="24"/>
          <w:szCs w:val="24"/>
        </w:rPr>
      </w:pPr>
      <w:r w:rsidRPr="00445016">
        <w:rPr>
          <w:rFonts w:ascii="Poppins Medium" w:hAnsi="Poppins Medium" w:cs="Poppins Medium"/>
          <w:sz w:val="24"/>
          <w:szCs w:val="24"/>
        </w:rPr>
        <w:t>4e prijs € 40,00</w:t>
      </w:r>
      <w:r w:rsidR="00445016" w:rsidRPr="00445016">
        <w:rPr>
          <w:rFonts w:ascii="Poppins Medium" w:hAnsi="Poppins Medium" w:cs="Poppins Medium"/>
          <w:sz w:val="24"/>
          <w:szCs w:val="24"/>
        </w:rPr>
        <w:tab/>
      </w:r>
      <w:r w:rsidR="00445016" w:rsidRPr="00445016">
        <w:rPr>
          <w:rFonts w:ascii="Poppins Medium" w:hAnsi="Poppins Medium" w:cs="Poppins Medium"/>
          <w:sz w:val="24"/>
          <w:szCs w:val="24"/>
        </w:rPr>
        <w:tab/>
        <w:t>9e prijs € 15,00</w:t>
      </w:r>
    </w:p>
    <w:p w14:paraId="018A1762" w14:textId="26EDAA10" w:rsidR="00445016" w:rsidRPr="00445016" w:rsidRDefault="005E6329" w:rsidP="00445016">
      <w:pPr>
        <w:spacing w:after="120"/>
        <w:ind w:firstLine="360"/>
        <w:rPr>
          <w:rFonts w:ascii="Poppins Medium" w:hAnsi="Poppins Medium" w:cs="Poppins Medium"/>
          <w:sz w:val="24"/>
          <w:szCs w:val="24"/>
        </w:rPr>
      </w:pPr>
      <w:r w:rsidRPr="00445016">
        <w:rPr>
          <w:rFonts w:ascii="Poppins Medium" w:hAnsi="Poppins Medium" w:cs="Poppins Medium"/>
          <w:sz w:val="24"/>
          <w:szCs w:val="24"/>
        </w:rPr>
        <w:t>5e prijs € 35,00</w:t>
      </w:r>
      <w:r w:rsidR="00445016" w:rsidRPr="00445016">
        <w:rPr>
          <w:rFonts w:ascii="Poppins Medium" w:hAnsi="Poppins Medium" w:cs="Poppins Medium"/>
          <w:sz w:val="24"/>
          <w:szCs w:val="24"/>
        </w:rPr>
        <w:tab/>
      </w:r>
      <w:r w:rsidR="00445016" w:rsidRPr="00445016">
        <w:rPr>
          <w:rFonts w:ascii="Poppins Medium" w:hAnsi="Poppins Medium" w:cs="Poppins Medium"/>
          <w:sz w:val="24"/>
          <w:szCs w:val="24"/>
        </w:rPr>
        <w:tab/>
        <w:t>10e prijs € 10,00</w:t>
      </w:r>
    </w:p>
    <w:p w14:paraId="39D1B89F" w14:textId="56BCFD2C" w:rsidR="00445016" w:rsidRPr="00445016" w:rsidRDefault="005E6329" w:rsidP="00445016">
      <w:pPr>
        <w:pStyle w:val="Lijstalinea"/>
        <w:numPr>
          <w:ilvl w:val="0"/>
          <w:numId w:val="16"/>
        </w:numPr>
        <w:spacing w:after="120"/>
        <w:rPr>
          <w:rFonts w:ascii="Poppins Medium" w:hAnsi="Poppins Medium" w:cs="Poppins Medium"/>
          <w:sz w:val="24"/>
          <w:szCs w:val="24"/>
        </w:rPr>
      </w:pPr>
      <w:r w:rsidRPr="00445016">
        <w:rPr>
          <w:rFonts w:ascii="Poppins Medium" w:hAnsi="Poppins Medium" w:cs="Poppins Medium"/>
          <w:sz w:val="24"/>
          <w:szCs w:val="24"/>
        </w:rPr>
        <w:t xml:space="preserve">Dit klassement geldt voor de 5 beste vogels. Bij gelijke uitkomst telt de 6e/7e </w:t>
      </w:r>
      <w:r w:rsidR="00957839">
        <w:rPr>
          <w:rFonts w:ascii="Poppins Medium" w:hAnsi="Poppins Medium" w:cs="Poppins Medium"/>
          <w:sz w:val="24"/>
          <w:szCs w:val="24"/>
        </w:rPr>
        <w:t xml:space="preserve">en volgende </w:t>
      </w:r>
      <w:r w:rsidRPr="00445016">
        <w:rPr>
          <w:rFonts w:ascii="Poppins Medium" w:hAnsi="Poppins Medium" w:cs="Poppins Medium"/>
          <w:sz w:val="24"/>
          <w:szCs w:val="24"/>
        </w:rPr>
        <w:t xml:space="preserve">vogel mee. </w:t>
      </w:r>
    </w:p>
    <w:p w14:paraId="09FFA5CD" w14:textId="75D2FA1A" w:rsidR="004F5087" w:rsidRPr="00445016" w:rsidRDefault="005E6329" w:rsidP="00445016">
      <w:pPr>
        <w:pStyle w:val="Lijstalinea"/>
        <w:numPr>
          <w:ilvl w:val="0"/>
          <w:numId w:val="16"/>
        </w:numPr>
        <w:spacing w:after="120"/>
        <w:rPr>
          <w:rFonts w:ascii="Poppins Medium" w:hAnsi="Poppins Medium" w:cs="Poppins Medium"/>
          <w:sz w:val="24"/>
          <w:szCs w:val="24"/>
        </w:rPr>
      </w:pPr>
      <w:r w:rsidRPr="00445016">
        <w:rPr>
          <w:rFonts w:ascii="Poppins Medium" w:hAnsi="Poppins Medium" w:cs="Poppins Medium"/>
          <w:b/>
          <w:bCs/>
          <w:sz w:val="24"/>
          <w:szCs w:val="24"/>
        </w:rPr>
        <w:t>Extra prijzen</w:t>
      </w:r>
      <w:r w:rsidRPr="00445016">
        <w:rPr>
          <w:rFonts w:ascii="Poppins Medium" w:hAnsi="Poppins Medium" w:cs="Poppins Medium"/>
          <w:sz w:val="24"/>
          <w:szCs w:val="24"/>
        </w:rPr>
        <w:t>: levensmiddelenmand voor mooiste enkeling, beste stel en beste stam.</w:t>
      </w:r>
    </w:p>
    <w:p w14:paraId="2F88675D" w14:textId="7B3E0AE3" w:rsidR="004F5087" w:rsidRPr="009B0F3A" w:rsidRDefault="00445016">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t>13</w:t>
      </w:r>
      <w:r w:rsidRPr="009B0F3A">
        <w:rPr>
          <w:rFonts w:ascii="Poppins Medium" w:hAnsi="Poppins Medium" w:cs="Poppins Medium"/>
          <w:b/>
          <w:color w:val="174E2B"/>
          <w:sz w:val="24"/>
          <w:szCs w:val="24"/>
        </w:rPr>
        <w:t xml:space="preserve">. </w:t>
      </w:r>
      <w:r w:rsidRPr="009B0F3A">
        <w:rPr>
          <w:rFonts w:ascii="Poppins Medium" w:hAnsi="Poppins Medium" w:cs="Poppins Medium"/>
          <w:sz w:val="24"/>
          <w:szCs w:val="24"/>
        </w:rPr>
        <w:t>Algemeen kampioen wordt gekozen door de keurmeesters en wint de verenigingsprijs.</w:t>
      </w:r>
    </w:p>
    <w:p w14:paraId="1EF235FA" w14:textId="4DABD003" w:rsidR="004F5087" w:rsidRPr="009B0F3A" w:rsidRDefault="00445016">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t>14</w:t>
      </w:r>
      <w:r w:rsidRPr="009B0F3A">
        <w:rPr>
          <w:rFonts w:ascii="Poppins Medium" w:hAnsi="Poppins Medium" w:cs="Poppins Medium"/>
          <w:b/>
          <w:color w:val="174E2B"/>
          <w:sz w:val="24"/>
          <w:szCs w:val="24"/>
        </w:rPr>
        <w:t xml:space="preserve">. </w:t>
      </w:r>
      <w:r w:rsidRPr="009B0F3A">
        <w:rPr>
          <w:rFonts w:ascii="Poppins Medium" w:hAnsi="Poppins Medium" w:cs="Poppins Medium"/>
          <w:sz w:val="24"/>
          <w:szCs w:val="24"/>
        </w:rPr>
        <w:t>De vogel met de minste punten krijgt de rode lantaarnprijs.</w:t>
      </w:r>
    </w:p>
    <w:p w14:paraId="4D0D6D78" w14:textId="2C3BDC87" w:rsidR="004F5087" w:rsidRPr="009B0F3A" w:rsidRDefault="00445016">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lastRenderedPageBreak/>
        <w:t>15</w:t>
      </w:r>
      <w:r w:rsidRPr="009B0F3A">
        <w:rPr>
          <w:rFonts w:ascii="Poppins Medium" w:hAnsi="Poppins Medium" w:cs="Poppins Medium"/>
          <w:b/>
          <w:color w:val="174E2B"/>
          <w:sz w:val="24"/>
          <w:szCs w:val="24"/>
        </w:rPr>
        <w:t xml:space="preserve">. </w:t>
      </w:r>
      <w:r w:rsidRPr="009B0F3A">
        <w:rPr>
          <w:rFonts w:ascii="Poppins Medium" w:hAnsi="Poppins Medium" w:cs="Poppins Medium"/>
          <w:sz w:val="24"/>
          <w:szCs w:val="24"/>
        </w:rPr>
        <w:t xml:space="preserve">Bondskruis zal rouleren over 5 groepen, alleen voor leden van De Vogelvriend, in een vastgestelde volgorde: </w:t>
      </w:r>
      <w:r>
        <w:rPr>
          <w:rFonts w:ascii="Poppins Medium" w:hAnsi="Poppins Medium" w:cs="Poppins Medium"/>
          <w:sz w:val="24"/>
          <w:szCs w:val="24"/>
        </w:rPr>
        <w:t>T</w:t>
      </w:r>
      <w:r w:rsidRPr="009B0F3A">
        <w:rPr>
          <w:rFonts w:ascii="Poppins Medium" w:hAnsi="Poppins Medium" w:cs="Poppins Medium"/>
          <w:sz w:val="24"/>
          <w:szCs w:val="24"/>
        </w:rPr>
        <w:t>ropen 202</w:t>
      </w:r>
      <w:r>
        <w:rPr>
          <w:rFonts w:ascii="Poppins Medium" w:hAnsi="Poppins Medium" w:cs="Poppins Medium"/>
          <w:sz w:val="24"/>
          <w:szCs w:val="24"/>
        </w:rPr>
        <w:t>6</w:t>
      </w:r>
      <w:r w:rsidRPr="009B0F3A">
        <w:rPr>
          <w:rFonts w:ascii="Poppins Medium" w:hAnsi="Poppins Medium" w:cs="Poppins Medium"/>
          <w:sz w:val="24"/>
          <w:szCs w:val="24"/>
        </w:rPr>
        <w:t xml:space="preserve">, </w:t>
      </w:r>
      <w:r>
        <w:rPr>
          <w:rFonts w:ascii="Poppins Medium" w:hAnsi="Poppins Medium" w:cs="Poppins Medium"/>
          <w:sz w:val="24"/>
          <w:szCs w:val="24"/>
        </w:rPr>
        <w:t>P</w:t>
      </w:r>
      <w:r w:rsidRPr="009B0F3A">
        <w:rPr>
          <w:rFonts w:ascii="Poppins Medium" w:hAnsi="Poppins Medium" w:cs="Poppins Medium"/>
          <w:sz w:val="24"/>
          <w:szCs w:val="24"/>
        </w:rPr>
        <w:t xml:space="preserve">arkieten 2027, </w:t>
      </w:r>
      <w:r>
        <w:rPr>
          <w:rFonts w:ascii="Poppins Medium" w:hAnsi="Poppins Medium" w:cs="Poppins Medium"/>
          <w:sz w:val="24"/>
          <w:szCs w:val="24"/>
        </w:rPr>
        <w:t>A</w:t>
      </w:r>
      <w:r w:rsidRPr="009B0F3A">
        <w:rPr>
          <w:rFonts w:ascii="Poppins Medium" w:hAnsi="Poppins Medium" w:cs="Poppins Medium"/>
          <w:sz w:val="24"/>
          <w:szCs w:val="24"/>
        </w:rPr>
        <w:t>gaporniden 2028</w:t>
      </w:r>
      <w:r>
        <w:rPr>
          <w:rFonts w:ascii="Poppins Medium" w:hAnsi="Poppins Medium" w:cs="Poppins Medium"/>
          <w:sz w:val="24"/>
          <w:szCs w:val="24"/>
        </w:rPr>
        <w:t>, K</w:t>
      </w:r>
      <w:r w:rsidRPr="009B0F3A">
        <w:rPr>
          <w:rFonts w:ascii="Poppins Medium" w:hAnsi="Poppins Medium" w:cs="Poppins Medium"/>
          <w:sz w:val="24"/>
          <w:szCs w:val="24"/>
        </w:rPr>
        <w:t>anaries 2029</w:t>
      </w:r>
      <w:r>
        <w:rPr>
          <w:rFonts w:ascii="Poppins Medium" w:hAnsi="Poppins Medium" w:cs="Poppins Medium"/>
          <w:sz w:val="24"/>
          <w:szCs w:val="24"/>
        </w:rPr>
        <w:t xml:space="preserve"> en Europese Bastaarden 2030</w:t>
      </w:r>
    </w:p>
    <w:p w14:paraId="6E21969F" w14:textId="77777777" w:rsidR="00445016" w:rsidRDefault="00445016" w:rsidP="00445016">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t>16</w:t>
      </w:r>
      <w:r w:rsidRPr="009B0F3A">
        <w:rPr>
          <w:rFonts w:ascii="Poppins Medium" w:hAnsi="Poppins Medium" w:cs="Poppins Medium"/>
          <w:b/>
          <w:color w:val="174E2B"/>
          <w:sz w:val="24"/>
          <w:szCs w:val="24"/>
        </w:rPr>
        <w:t xml:space="preserve">. </w:t>
      </w:r>
      <w:r w:rsidRPr="009B0F3A">
        <w:rPr>
          <w:rFonts w:ascii="Poppins Medium" w:hAnsi="Poppins Medium" w:cs="Poppins Medium"/>
          <w:sz w:val="24"/>
          <w:szCs w:val="24"/>
        </w:rPr>
        <w:t>Alle prijswinnende vogels worden gecontroleerd op kweekjaar en ring.</w:t>
      </w:r>
    </w:p>
    <w:p w14:paraId="186C773F" w14:textId="77777777" w:rsidR="00445016" w:rsidRPr="00445016" w:rsidRDefault="005E6329" w:rsidP="00445016">
      <w:pPr>
        <w:pStyle w:val="Lijstalinea"/>
        <w:numPr>
          <w:ilvl w:val="0"/>
          <w:numId w:val="18"/>
        </w:numPr>
        <w:spacing w:after="120"/>
        <w:rPr>
          <w:rFonts w:ascii="Poppins Medium" w:hAnsi="Poppins Medium" w:cs="Poppins Medium"/>
          <w:sz w:val="24"/>
          <w:szCs w:val="24"/>
        </w:rPr>
      </w:pPr>
      <w:r w:rsidRPr="00445016">
        <w:rPr>
          <w:rFonts w:ascii="Poppins Medium" w:hAnsi="Poppins Medium" w:cs="Poppins Medium"/>
          <w:sz w:val="24"/>
          <w:szCs w:val="24"/>
        </w:rPr>
        <w:t xml:space="preserve">Indien dit niet juist is, volgt diskwalificatie van de vogel. </w:t>
      </w:r>
    </w:p>
    <w:p w14:paraId="457F6496" w14:textId="77777777" w:rsidR="00445016" w:rsidRPr="00445016" w:rsidRDefault="005E6329" w:rsidP="00445016">
      <w:pPr>
        <w:pStyle w:val="Lijstalinea"/>
        <w:numPr>
          <w:ilvl w:val="0"/>
          <w:numId w:val="18"/>
        </w:numPr>
        <w:spacing w:after="120"/>
        <w:rPr>
          <w:rFonts w:ascii="Poppins Medium" w:hAnsi="Poppins Medium" w:cs="Poppins Medium"/>
          <w:sz w:val="24"/>
          <w:szCs w:val="24"/>
        </w:rPr>
      </w:pPr>
      <w:r w:rsidRPr="00445016">
        <w:rPr>
          <w:rFonts w:ascii="Poppins Medium" w:hAnsi="Poppins Medium" w:cs="Poppins Medium"/>
          <w:sz w:val="24"/>
          <w:szCs w:val="24"/>
        </w:rPr>
        <w:t xml:space="preserve">Alle vogels dienen van een geldige voetring te zijn voorzien. Ook vogels van een andere organisatie mogen worden ingeschreven. </w:t>
      </w:r>
    </w:p>
    <w:p w14:paraId="4542E660" w14:textId="14275F4A" w:rsidR="004F5087" w:rsidRPr="00445016" w:rsidRDefault="005E6329" w:rsidP="00445016">
      <w:pPr>
        <w:pStyle w:val="Lijstalinea"/>
        <w:numPr>
          <w:ilvl w:val="0"/>
          <w:numId w:val="18"/>
        </w:numPr>
        <w:spacing w:after="120"/>
        <w:rPr>
          <w:rFonts w:ascii="Poppins Medium" w:hAnsi="Poppins Medium" w:cs="Poppins Medium"/>
          <w:sz w:val="24"/>
          <w:szCs w:val="24"/>
        </w:rPr>
      </w:pPr>
      <w:r w:rsidRPr="00445016">
        <w:rPr>
          <w:rFonts w:ascii="Poppins Medium" w:hAnsi="Poppins Medium" w:cs="Poppins Medium"/>
          <w:sz w:val="24"/>
          <w:szCs w:val="24"/>
        </w:rPr>
        <w:t>De inzender moet wel kunnen aantonen dat dit zijn of haar kweeknummer is bij de betreffende organisatie.</w:t>
      </w:r>
    </w:p>
    <w:p w14:paraId="328CC9F7" w14:textId="55B95FC1" w:rsidR="004F5087" w:rsidRPr="009B0F3A" w:rsidRDefault="00445016">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t>17</w:t>
      </w:r>
      <w:r w:rsidRPr="009B0F3A">
        <w:rPr>
          <w:rFonts w:ascii="Poppins Medium" w:hAnsi="Poppins Medium" w:cs="Poppins Medium"/>
          <w:b/>
          <w:color w:val="174E2B"/>
          <w:sz w:val="24"/>
          <w:szCs w:val="24"/>
        </w:rPr>
        <w:t xml:space="preserve">. </w:t>
      </w:r>
      <w:r w:rsidRPr="009B0F3A">
        <w:rPr>
          <w:rFonts w:ascii="Poppins Medium" w:hAnsi="Poppins Medium" w:cs="Poppins Medium"/>
          <w:sz w:val="24"/>
          <w:szCs w:val="24"/>
        </w:rPr>
        <w:t>Indien bij calamiteiten, bijvoorbeeld vogelgriep, corona of dergelijke, de show niet doorgaat, krijgen de inschrijvers hun inschrijfgeld terug zolang de vogels niet gekeurd zijn.</w:t>
      </w:r>
    </w:p>
    <w:p w14:paraId="5E2CE172" w14:textId="667DD561" w:rsidR="004F5087" w:rsidRPr="009B0F3A" w:rsidRDefault="00445016">
      <w:pPr>
        <w:spacing w:after="120"/>
        <w:ind w:left="425" w:hanging="425"/>
        <w:rPr>
          <w:rFonts w:ascii="Poppins Medium" w:hAnsi="Poppins Medium" w:cs="Poppins Medium"/>
          <w:sz w:val="24"/>
          <w:szCs w:val="24"/>
        </w:rPr>
      </w:pPr>
      <w:r>
        <w:rPr>
          <w:rFonts w:ascii="Poppins Medium" w:hAnsi="Poppins Medium" w:cs="Poppins Medium"/>
          <w:b/>
          <w:color w:val="174E2B"/>
          <w:sz w:val="24"/>
          <w:szCs w:val="24"/>
        </w:rPr>
        <w:t>18</w:t>
      </w:r>
      <w:r w:rsidRPr="009B0F3A">
        <w:rPr>
          <w:rFonts w:ascii="Poppins Medium" w:hAnsi="Poppins Medium" w:cs="Poppins Medium"/>
          <w:b/>
          <w:color w:val="174E2B"/>
          <w:sz w:val="24"/>
          <w:szCs w:val="24"/>
        </w:rPr>
        <w:t xml:space="preserve">. </w:t>
      </w:r>
      <w:r w:rsidRPr="00445016">
        <w:rPr>
          <w:rFonts w:ascii="Poppins Medium" w:hAnsi="Poppins Medium" w:cs="Poppins Medium"/>
          <w:b/>
          <w:bCs/>
          <w:sz w:val="24"/>
          <w:szCs w:val="24"/>
        </w:rPr>
        <w:t>AVG:</w:t>
      </w:r>
      <w:r w:rsidRPr="009B0F3A">
        <w:rPr>
          <w:rFonts w:ascii="Poppins Medium" w:hAnsi="Poppins Medium" w:cs="Poppins Medium"/>
          <w:sz w:val="24"/>
          <w:szCs w:val="24"/>
        </w:rPr>
        <w:t xml:space="preserve"> op het inschrijfformulier kunt u aangeven of wij uw gegevens mogen bewaren voor verenigingsdoeleinden.</w:t>
      </w:r>
    </w:p>
    <w:p w14:paraId="7AD1AEA6" w14:textId="04060A5E" w:rsidR="004F5087" w:rsidRDefault="00445016">
      <w:pPr>
        <w:spacing w:after="120"/>
        <w:ind w:left="425" w:hanging="425"/>
        <w:rPr>
          <w:rFonts w:ascii="Poppins Medium" w:hAnsi="Poppins Medium" w:cs="Poppins Medium"/>
          <w:b/>
          <w:bCs/>
          <w:sz w:val="24"/>
          <w:szCs w:val="24"/>
        </w:rPr>
      </w:pPr>
      <w:r>
        <w:rPr>
          <w:rFonts w:ascii="Poppins Medium" w:hAnsi="Poppins Medium" w:cs="Poppins Medium"/>
          <w:b/>
          <w:color w:val="174E2B"/>
          <w:sz w:val="24"/>
          <w:szCs w:val="24"/>
        </w:rPr>
        <w:t>19</w:t>
      </w:r>
      <w:r w:rsidRPr="009B0F3A">
        <w:rPr>
          <w:rFonts w:ascii="Poppins Medium" w:hAnsi="Poppins Medium" w:cs="Poppins Medium"/>
          <w:b/>
          <w:color w:val="174E2B"/>
          <w:sz w:val="24"/>
          <w:szCs w:val="24"/>
        </w:rPr>
        <w:t xml:space="preserve">. </w:t>
      </w:r>
      <w:r w:rsidRPr="00445016">
        <w:rPr>
          <w:rFonts w:ascii="Poppins Medium" w:hAnsi="Poppins Medium" w:cs="Poppins Medium"/>
          <w:b/>
          <w:bCs/>
          <w:sz w:val="24"/>
          <w:szCs w:val="24"/>
        </w:rPr>
        <w:t>In alle gevallen waarin dit reglement niet voorziet, beslist het bestuur.</w:t>
      </w:r>
    </w:p>
    <w:p w14:paraId="01A4CD00" w14:textId="77777777" w:rsidR="00445016" w:rsidRDefault="00445016">
      <w:pPr>
        <w:spacing w:after="120"/>
        <w:ind w:left="425" w:hanging="425"/>
        <w:rPr>
          <w:rFonts w:ascii="Poppins Medium" w:hAnsi="Poppins Medium" w:cs="Poppins Medium"/>
          <w:sz w:val="24"/>
          <w:szCs w:val="24"/>
        </w:rPr>
      </w:pPr>
    </w:p>
    <w:p w14:paraId="38FDE227" w14:textId="77777777" w:rsidR="00445016" w:rsidRDefault="00445016">
      <w:pPr>
        <w:spacing w:after="120"/>
        <w:ind w:left="425" w:hanging="425"/>
        <w:rPr>
          <w:rFonts w:ascii="Poppins Medium" w:hAnsi="Poppins Medium" w:cs="Poppins Medium"/>
          <w:sz w:val="24"/>
          <w:szCs w:val="24"/>
        </w:rPr>
      </w:pPr>
    </w:p>
    <w:p w14:paraId="00EC331D" w14:textId="77777777" w:rsidR="00445016" w:rsidRDefault="00445016">
      <w:pPr>
        <w:spacing w:after="120"/>
        <w:ind w:left="425" w:hanging="425"/>
        <w:rPr>
          <w:rFonts w:ascii="Poppins Medium" w:hAnsi="Poppins Medium" w:cs="Poppins Medium"/>
          <w:sz w:val="24"/>
          <w:szCs w:val="24"/>
        </w:rPr>
      </w:pPr>
    </w:p>
    <w:p w14:paraId="1F5E348F" w14:textId="77777777" w:rsidR="00445016" w:rsidRDefault="00445016">
      <w:pPr>
        <w:spacing w:after="120"/>
        <w:ind w:left="425" w:hanging="425"/>
        <w:rPr>
          <w:rFonts w:ascii="Poppins Medium" w:hAnsi="Poppins Medium" w:cs="Poppins Medium"/>
          <w:sz w:val="24"/>
          <w:szCs w:val="24"/>
        </w:rPr>
      </w:pPr>
    </w:p>
    <w:p w14:paraId="042C4A05" w14:textId="77777777" w:rsidR="00445016" w:rsidRDefault="00445016">
      <w:pPr>
        <w:spacing w:after="120"/>
        <w:ind w:left="425" w:hanging="425"/>
        <w:rPr>
          <w:rFonts w:ascii="Poppins Medium" w:hAnsi="Poppins Medium" w:cs="Poppins Medium"/>
          <w:sz w:val="24"/>
          <w:szCs w:val="24"/>
        </w:rPr>
      </w:pPr>
    </w:p>
    <w:p w14:paraId="1E2CE7A5" w14:textId="77777777" w:rsidR="00445016" w:rsidRDefault="00445016">
      <w:pPr>
        <w:spacing w:after="120"/>
        <w:ind w:left="425" w:hanging="425"/>
        <w:rPr>
          <w:rFonts w:ascii="Poppins Medium" w:hAnsi="Poppins Medium" w:cs="Poppins Medium"/>
          <w:sz w:val="24"/>
          <w:szCs w:val="24"/>
        </w:rPr>
      </w:pPr>
    </w:p>
    <w:p w14:paraId="37568B0B" w14:textId="77777777" w:rsidR="00445016" w:rsidRDefault="00445016">
      <w:pPr>
        <w:spacing w:after="120"/>
        <w:ind w:left="425" w:hanging="425"/>
        <w:rPr>
          <w:rFonts w:ascii="Poppins Medium" w:hAnsi="Poppins Medium" w:cs="Poppins Medium"/>
          <w:sz w:val="24"/>
          <w:szCs w:val="24"/>
        </w:rPr>
      </w:pPr>
    </w:p>
    <w:p w14:paraId="2178B974" w14:textId="77777777" w:rsidR="00445016" w:rsidRDefault="00445016">
      <w:pPr>
        <w:spacing w:after="120"/>
        <w:ind w:left="425" w:hanging="425"/>
        <w:rPr>
          <w:rFonts w:ascii="Poppins Medium" w:hAnsi="Poppins Medium" w:cs="Poppins Medium"/>
          <w:sz w:val="24"/>
          <w:szCs w:val="24"/>
        </w:rPr>
      </w:pPr>
    </w:p>
    <w:p w14:paraId="5D548CA3" w14:textId="77777777" w:rsidR="00445016" w:rsidRDefault="00445016">
      <w:pPr>
        <w:spacing w:after="120"/>
        <w:ind w:left="425" w:hanging="425"/>
        <w:rPr>
          <w:rFonts w:ascii="Poppins Medium" w:hAnsi="Poppins Medium" w:cs="Poppins Medium"/>
          <w:sz w:val="24"/>
          <w:szCs w:val="24"/>
        </w:rPr>
      </w:pPr>
    </w:p>
    <w:p w14:paraId="26F8A0BA" w14:textId="77777777" w:rsidR="00445016" w:rsidRDefault="00445016">
      <w:pPr>
        <w:spacing w:after="120"/>
        <w:ind w:left="425" w:hanging="425"/>
        <w:rPr>
          <w:rFonts w:ascii="Poppins Medium" w:hAnsi="Poppins Medium" w:cs="Poppins Medium"/>
          <w:sz w:val="24"/>
          <w:szCs w:val="24"/>
        </w:rPr>
      </w:pPr>
    </w:p>
    <w:p w14:paraId="06B15C80" w14:textId="77777777" w:rsidR="00445016" w:rsidRDefault="00445016">
      <w:pPr>
        <w:spacing w:after="120"/>
        <w:ind w:left="425" w:hanging="425"/>
        <w:rPr>
          <w:rFonts w:ascii="Poppins Medium" w:hAnsi="Poppins Medium" w:cs="Poppins Medium"/>
          <w:sz w:val="24"/>
          <w:szCs w:val="24"/>
        </w:rPr>
      </w:pPr>
    </w:p>
    <w:p w14:paraId="06C4C839" w14:textId="77777777" w:rsidR="00445016" w:rsidRDefault="00445016">
      <w:pPr>
        <w:spacing w:after="120"/>
        <w:ind w:left="425" w:hanging="425"/>
        <w:rPr>
          <w:rFonts w:ascii="Poppins Medium" w:hAnsi="Poppins Medium" w:cs="Poppins Medium"/>
          <w:sz w:val="24"/>
          <w:szCs w:val="24"/>
        </w:rPr>
      </w:pPr>
    </w:p>
    <w:p w14:paraId="66B5C6F0" w14:textId="77777777" w:rsidR="00445016" w:rsidRDefault="00445016">
      <w:pPr>
        <w:spacing w:after="120"/>
        <w:ind w:left="425" w:hanging="425"/>
        <w:rPr>
          <w:rFonts w:ascii="Poppins Medium" w:hAnsi="Poppins Medium" w:cs="Poppins Medium"/>
          <w:sz w:val="24"/>
          <w:szCs w:val="24"/>
        </w:rPr>
      </w:pPr>
    </w:p>
    <w:p w14:paraId="094598EA" w14:textId="77777777" w:rsidR="00445016" w:rsidRPr="009B0F3A" w:rsidRDefault="00445016">
      <w:pPr>
        <w:spacing w:after="120"/>
        <w:ind w:left="425" w:hanging="425"/>
        <w:rPr>
          <w:rFonts w:ascii="Poppins Medium" w:hAnsi="Poppins Medium" w:cs="Poppins Medium"/>
          <w:sz w:val="24"/>
          <w:szCs w:val="24"/>
        </w:rPr>
      </w:pPr>
    </w:p>
    <w:p w14:paraId="59260725" w14:textId="77777777" w:rsidR="004F5087" w:rsidRPr="009B0F3A" w:rsidRDefault="005E6329">
      <w:pPr>
        <w:spacing w:before="200"/>
        <w:jc w:val="center"/>
        <w:rPr>
          <w:rFonts w:ascii="Poppins Medium" w:hAnsi="Poppins Medium" w:cs="Poppins Medium"/>
          <w:sz w:val="24"/>
          <w:szCs w:val="24"/>
        </w:rPr>
      </w:pPr>
      <w:r w:rsidRPr="009B0F3A">
        <w:rPr>
          <w:rFonts w:ascii="Poppins Medium" w:hAnsi="Poppins Medium" w:cs="Poppins Medium"/>
          <w:b/>
          <w:color w:val="174E2B"/>
          <w:sz w:val="24"/>
          <w:szCs w:val="24"/>
        </w:rPr>
        <w:t>DE VOGELVRIEND • SPRANG-CAPELLE • ANNO 1953</w:t>
      </w:r>
    </w:p>
    <w:sectPr w:rsidR="004F5087" w:rsidRPr="009B0F3A" w:rsidSect="00034616">
      <w:headerReference w:type="default" r:id="rId10"/>
      <w:footerReference w:type="default" r:id="rId11"/>
      <w:pgSz w:w="11906" w:h="16838"/>
      <w:pgMar w:top="794"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F2AC7" w14:textId="77777777" w:rsidR="00C35E53" w:rsidRDefault="00C35E53">
      <w:pPr>
        <w:spacing w:after="0" w:line="240" w:lineRule="auto"/>
      </w:pPr>
      <w:r>
        <w:separator/>
      </w:r>
    </w:p>
  </w:endnote>
  <w:endnote w:type="continuationSeparator" w:id="0">
    <w:p w14:paraId="5C7E1FF3" w14:textId="77777777" w:rsidR="00C35E53" w:rsidRDefault="00C35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oppins Medium">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FC84" w14:textId="77777777" w:rsidR="004F5087" w:rsidRDefault="005E6329">
    <w:pPr>
      <w:pStyle w:val="Voettekst"/>
      <w:jc w:val="center"/>
    </w:pPr>
    <w:r>
      <w:rPr>
        <w:sz w:val="16"/>
      </w:rPr>
      <w:t xml:space="preserve">Pagina </w:t>
    </w:r>
    <w:r>
      <w:fldChar w:fldCharType="begin"/>
    </w:r>
    <w:r>
      <w:instrText>PAGE</w:instrText>
    </w:r>
    <w:r>
      <w:fldChar w:fldCharType="separate"/>
    </w:r>
    <w:r w:rsidR="009B0F3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D3439" w14:textId="77777777" w:rsidR="00C35E53" w:rsidRDefault="00C35E53">
      <w:pPr>
        <w:spacing w:after="0" w:line="240" w:lineRule="auto"/>
      </w:pPr>
      <w:r>
        <w:separator/>
      </w:r>
    </w:p>
  </w:footnote>
  <w:footnote w:type="continuationSeparator" w:id="0">
    <w:p w14:paraId="716D1BE6" w14:textId="77777777" w:rsidR="00C35E53" w:rsidRDefault="00C35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85F3" w14:textId="142043AD" w:rsidR="009B0F3A" w:rsidRDefault="009B0F3A">
    <w:pPr>
      <w:pStyle w:val="Koptekst"/>
    </w:pPr>
  </w:p>
  <w:p w14:paraId="32C481A9" w14:textId="5B3EF1DD" w:rsidR="004F5087" w:rsidRDefault="004F5087">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37B4278"/>
    <w:multiLevelType w:val="hybridMultilevel"/>
    <w:tmpl w:val="6D76A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061696"/>
    <w:multiLevelType w:val="hybridMultilevel"/>
    <w:tmpl w:val="7D7803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4659CC"/>
    <w:multiLevelType w:val="hybridMultilevel"/>
    <w:tmpl w:val="522A8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507532"/>
    <w:multiLevelType w:val="hybridMultilevel"/>
    <w:tmpl w:val="1EF0692A"/>
    <w:lvl w:ilvl="0" w:tplc="0413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06A61A5"/>
    <w:multiLevelType w:val="hybridMultilevel"/>
    <w:tmpl w:val="6A6043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F43128F"/>
    <w:multiLevelType w:val="hybridMultilevel"/>
    <w:tmpl w:val="792048F0"/>
    <w:lvl w:ilvl="0" w:tplc="0413000B">
      <w:start w:val="1"/>
      <w:numFmt w:val="bullet"/>
      <w:lvlText w:val=""/>
      <w:lvlJc w:val="left"/>
      <w:pPr>
        <w:ind w:left="644"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FF36154"/>
    <w:multiLevelType w:val="hybridMultilevel"/>
    <w:tmpl w:val="1E2CEB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0137D5B"/>
    <w:multiLevelType w:val="hybridMultilevel"/>
    <w:tmpl w:val="897AB4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E166F31"/>
    <w:multiLevelType w:val="hybridMultilevel"/>
    <w:tmpl w:val="7A94F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15634779">
    <w:abstractNumId w:val="8"/>
  </w:num>
  <w:num w:numId="2" w16cid:durableId="966009570">
    <w:abstractNumId w:val="6"/>
  </w:num>
  <w:num w:numId="3" w16cid:durableId="841891393">
    <w:abstractNumId w:val="5"/>
  </w:num>
  <w:num w:numId="4" w16cid:durableId="2106724199">
    <w:abstractNumId w:val="4"/>
  </w:num>
  <w:num w:numId="5" w16cid:durableId="945305722">
    <w:abstractNumId w:val="7"/>
  </w:num>
  <w:num w:numId="6" w16cid:durableId="1106733258">
    <w:abstractNumId w:val="3"/>
  </w:num>
  <w:num w:numId="7" w16cid:durableId="1228032959">
    <w:abstractNumId w:val="2"/>
  </w:num>
  <w:num w:numId="8" w16cid:durableId="351108465">
    <w:abstractNumId w:val="1"/>
  </w:num>
  <w:num w:numId="9" w16cid:durableId="513224677">
    <w:abstractNumId w:val="0"/>
  </w:num>
  <w:num w:numId="10" w16cid:durableId="1258756285">
    <w:abstractNumId w:val="14"/>
  </w:num>
  <w:num w:numId="11" w16cid:durableId="2143695266">
    <w:abstractNumId w:val="15"/>
  </w:num>
  <w:num w:numId="12" w16cid:durableId="1616449309">
    <w:abstractNumId w:val="12"/>
  </w:num>
  <w:num w:numId="13" w16cid:durableId="1035538530">
    <w:abstractNumId w:val="13"/>
  </w:num>
  <w:num w:numId="14" w16cid:durableId="1144860066">
    <w:abstractNumId w:val="16"/>
  </w:num>
  <w:num w:numId="15" w16cid:durableId="104883273">
    <w:abstractNumId w:val="17"/>
  </w:num>
  <w:num w:numId="16" w16cid:durableId="1604846676">
    <w:abstractNumId w:val="11"/>
  </w:num>
  <w:num w:numId="17" w16cid:durableId="1620919553">
    <w:abstractNumId w:val="9"/>
  </w:num>
  <w:num w:numId="18" w16cid:durableId="2917923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5F79"/>
    <w:rsid w:val="00266322"/>
    <w:rsid w:val="0029639D"/>
    <w:rsid w:val="002E499D"/>
    <w:rsid w:val="003135C1"/>
    <w:rsid w:val="00326F90"/>
    <w:rsid w:val="003271C3"/>
    <w:rsid w:val="0039732B"/>
    <w:rsid w:val="003F1A14"/>
    <w:rsid w:val="00445016"/>
    <w:rsid w:val="004F5087"/>
    <w:rsid w:val="005E6329"/>
    <w:rsid w:val="00692D17"/>
    <w:rsid w:val="00774533"/>
    <w:rsid w:val="00782236"/>
    <w:rsid w:val="00891CCA"/>
    <w:rsid w:val="00957839"/>
    <w:rsid w:val="009B0F3A"/>
    <w:rsid w:val="009B16CD"/>
    <w:rsid w:val="009C5179"/>
    <w:rsid w:val="00AA1D8D"/>
    <w:rsid w:val="00AB1B69"/>
    <w:rsid w:val="00B47730"/>
    <w:rsid w:val="00B87E0F"/>
    <w:rsid w:val="00BC109B"/>
    <w:rsid w:val="00BD7EAC"/>
    <w:rsid w:val="00C35E53"/>
    <w:rsid w:val="00CB0664"/>
    <w:rsid w:val="00DE0947"/>
    <w:rsid w:val="00EB4E3E"/>
    <w:rsid w:val="00FC4B1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DF0468"/>
  <w14:defaultImageDpi w14:val="300"/>
  <w15:docId w15:val="{25D08F70-C61E-4BB3-BF2E-4B6251C6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00" w:line="259" w:lineRule="auto"/>
    </w:pPr>
    <w:rPr>
      <w:rFonts w:ascii="Arial" w:hAnsi="Arial"/>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9B0F3A"/>
    <w:rPr>
      <w:color w:val="0000FF" w:themeColor="hyperlink"/>
      <w:u w:val="single"/>
    </w:rPr>
  </w:style>
  <w:style w:type="character" w:styleId="Onopgelostemelding">
    <w:name w:val="Unresolved Mention"/>
    <w:basedOn w:val="Standaardalinea-lettertype"/>
    <w:uiPriority w:val="99"/>
    <w:semiHidden/>
    <w:unhideWhenUsed/>
    <w:rsid w:val="009B0F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vanbaardwijk@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959</Words>
  <Characters>5280</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Nathalie van Dongen</cp:lastModifiedBy>
  <cp:revision>2</cp:revision>
  <dcterms:created xsi:type="dcterms:W3CDTF">2026-09-23T14:04:00Z</dcterms:created>
  <dcterms:modified xsi:type="dcterms:W3CDTF">2026-09-23T14:04:00Z</dcterms:modified>
  <cp:category/>
</cp:coreProperties>
</file>