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8D6C3" w14:textId="77777777" w:rsidR="00ED431D" w:rsidRPr="0066621D" w:rsidRDefault="008A6FD2">
      <w:pPr>
        <w:spacing w:after="20"/>
        <w:jc w:val="center"/>
        <w:rPr>
          <w:rFonts w:ascii="Poppins Medium" w:hAnsi="Poppins Medium" w:cs="Poppins Medium"/>
        </w:rPr>
      </w:pPr>
      <w:r w:rsidRPr="0066621D">
        <w:rPr>
          <w:rFonts w:ascii="Poppins Medium" w:hAnsi="Poppins Medium" w:cs="Poppins Medium"/>
          <w:noProof/>
        </w:rPr>
        <w:drawing>
          <wp:inline distT="0" distB="0" distL="0" distR="0" wp14:anchorId="35234575" wp14:editId="252C56B9">
            <wp:extent cx="1116000" cy="111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ng_Logo(3)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6000" cy="11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3DB77" w14:textId="77777777" w:rsidR="00ED431D" w:rsidRPr="0066621D" w:rsidRDefault="008A6FD2">
      <w:pPr>
        <w:spacing w:after="0"/>
        <w:jc w:val="center"/>
        <w:rPr>
          <w:rFonts w:ascii="Poppins Medium" w:hAnsi="Poppins Medium" w:cs="Poppins Medium"/>
        </w:rPr>
      </w:pPr>
      <w:r w:rsidRPr="0066621D">
        <w:rPr>
          <w:rFonts w:ascii="Poppins Medium" w:hAnsi="Poppins Medium" w:cs="Poppins Medium"/>
          <w:b/>
          <w:sz w:val="32"/>
        </w:rPr>
        <w:t>INSCHRIJFFORMULIER</w:t>
      </w:r>
    </w:p>
    <w:p w14:paraId="71276242" w14:textId="77777777" w:rsidR="00ED431D" w:rsidRPr="0066621D" w:rsidRDefault="008A6FD2">
      <w:pPr>
        <w:spacing w:after="0"/>
        <w:jc w:val="center"/>
        <w:rPr>
          <w:rFonts w:ascii="Poppins Medium" w:hAnsi="Poppins Medium" w:cs="Poppins Medium"/>
        </w:rPr>
      </w:pPr>
      <w:r w:rsidRPr="0066621D">
        <w:rPr>
          <w:rFonts w:ascii="Poppins Medium" w:hAnsi="Poppins Medium" w:cs="Poppins Medium"/>
          <w:b/>
          <w:sz w:val="22"/>
        </w:rPr>
        <w:t>Tentoonstelling 6 en 7 november 2026</w:t>
      </w:r>
    </w:p>
    <w:p w14:paraId="0EF16BC0" w14:textId="77777777" w:rsidR="00ED431D" w:rsidRPr="0066621D" w:rsidRDefault="008A6FD2">
      <w:pPr>
        <w:spacing w:after="20"/>
        <w:jc w:val="center"/>
        <w:rPr>
          <w:rFonts w:ascii="Poppins Medium" w:hAnsi="Poppins Medium" w:cs="Poppins Medium"/>
        </w:rPr>
      </w:pPr>
      <w:r w:rsidRPr="0066621D">
        <w:rPr>
          <w:rFonts w:ascii="Poppins Medium" w:hAnsi="Poppins Medium" w:cs="Poppins Medium"/>
          <w:b/>
          <w:sz w:val="20"/>
        </w:rPr>
        <w:t>Vogelvriend Sprang-Capelle</w:t>
      </w:r>
    </w:p>
    <w:p w14:paraId="5EBF5C45" w14:textId="77777777" w:rsidR="00ED431D" w:rsidRPr="0066621D" w:rsidRDefault="008A6FD2">
      <w:pPr>
        <w:spacing w:after="80"/>
        <w:jc w:val="center"/>
        <w:rPr>
          <w:rFonts w:ascii="Poppins Medium" w:hAnsi="Poppins Medium" w:cs="Poppins Medium"/>
          <w:sz w:val="24"/>
          <w:szCs w:val="32"/>
        </w:rPr>
      </w:pPr>
      <w:r w:rsidRPr="0066621D">
        <w:rPr>
          <w:rFonts w:ascii="Poppins Medium" w:hAnsi="Poppins Medium" w:cs="Poppins Medium"/>
          <w:sz w:val="22"/>
          <w:szCs w:val="32"/>
        </w:rPr>
        <w:t>Bankrekening: NL76 INGB 0003150764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3628"/>
        <w:gridCol w:w="2027"/>
        <w:gridCol w:w="3402"/>
      </w:tblGrid>
      <w:tr w:rsidR="00ED431D" w:rsidRPr="0066621D" w14:paraId="7E8FC189" w14:textId="77777777">
        <w:trPr>
          <w:trHeight w:hRule="exact" w:val="425"/>
          <w:jc w:val="center"/>
        </w:trPr>
        <w:tc>
          <w:tcPr>
            <w:tcW w:w="1701" w:type="dxa"/>
            <w:shd w:val="clear" w:color="auto" w:fill="E8F0E9"/>
            <w:vAlign w:val="center"/>
          </w:tcPr>
          <w:p w14:paraId="6E43B3C2" w14:textId="14C0D019" w:rsidR="00ED431D" w:rsidRPr="0066621D" w:rsidRDefault="00B463D4">
            <w:pPr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Naam:</w:t>
            </w:r>
          </w:p>
        </w:tc>
        <w:tc>
          <w:tcPr>
            <w:tcW w:w="3628" w:type="dxa"/>
            <w:vAlign w:val="center"/>
          </w:tcPr>
          <w:p w14:paraId="3653FA82" w14:textId="77777777" w:rsidR="00ED431D" w:rsidRPr="0066621D" w:rsidRDefault="00ED431D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shd w:val="clear" w:color="auto" w:fill="E8F0E9"/>
            <w:vAlign w:val="center"/>
          </w:tcPr>
          <w:p w14:paraId="4EBE2FC2" w14:textId="17097457" w:rsidR="00ED431D" w:rsidRPr="007A2EDC" w:rsidRDefault="00B463D4">
            <w:pPr>
              <w:rPr>
                <w:rFonts w:ascii="Poppins Medium" w:hAnsi="Poppins Medium" w:cs="Poppins Medium"/>
                <w:bCs/>
              </w:rPr>
            </w:pPr>
            <w:proofErr w:type="spellStart"/>
            <w:r w:rsidRPr="007A2EDC">
              <w:rPr>
                <w:rFonts w:ascii="Poppins Medium" w:hAnsi="Poppins Medium" w:cs="Poppins Medium"/>
                <w:bCs/>
                <w:sz w:val="17"/>
              </w:rPr>
              <w:t>Achternaam</w:t>
            </w:r>
            <w:proofErr w:type="spellEnd"/>
            <w:r w:rsidRPr="007A2EDC">
              <w:rPr>
                <w:rFonts w:ascii="Poppins Medium" w:hAnsi="Poppins Medium" w:cs="Poppins Medium"/>
                <w:bCs/>
                <w:sz w:val="17"/>
              </w:rPr>
              <w:t>:</w:t>
            </w:r>
          </w:p>
        </w:tc>
        <w:tc>
          <w:tcPr>
            <w:tcW w:w="3402" w:type="dxa"/>
            <w:vAlign w:val="center"/>
          </w:tcPr>
          <w:p w14:paraId="713AF9D8" w14:textId="77777777" w:rsidR="00ED431D" w:rsidRPr="0066621D" w:rsidRDefault="00ED431D">
            <w:pPr>
              <w:rPr>
                <w:rFonts w:ascii="Poppins Medium" w:hAnsi="Poppins Medium" w:cs="Poppins Medium"/>
              </w:rPr>
            </w:pPr>
          </w:p>
        </w:tc>
      </w:tr>
      <w:tr w:rsidR="00ED431D" w:rsidRPr="0066621D" w14:paraId="3A686D37" w14:textId="77777777">
        <w:trPr>
          <w:trHeight w:hRule="exact" w:val="425"/>
          <w:jc w:val="center"/>
        </w:trPr>
        <w:tc>
          <w:tcPr>
            <w:tcW w:w="1701" w:type="dxa"/>
            <w:shd w:val="clear" w:color="auto" w:fill="E8F0E9"/>
            <w:vAlign w:val="center"/>
          </w:tcPr>
          <w:p w14:paraId="6C009E87" w14:textId="77777777" w:rsidR="00ED431D" w:rsidRPr="007A2EDC" w:rsidRDefault="008A6FD2">
            <w:pPr>
              <w:rPr>
                <w:rFonts w:ascii="Poppins Medium" w:hAnsi="Poppins Medium" w:cs="Poppins Medium"/>
                <w:bCs/>
              </w:rPr>
            </w:pPr>
            <w:r w:rsidRPr="007A2EDC">
              <w:rPr>
                <w:rFonts w:ascii="Poppins Medium" w:hAnsi="Poppins Medium" w:cs="Poppins Medium"/>
                <w:bCs/>
                <w:sz w:val="17"/>
              </w:rPr>
              <w:t>Adres:</w:t>
            </w:r>
          </w:p>
        </w:tc>
        <w:tc>
          <w:tcPr>
            <w:tcW w:w="3628" w:type="dxa"/>
            <w:vAlign w:val="center"/>
          </w:tcPr>
          <w:p w14:paraId="6ECE8153" w14:textId="77777777" w:rsidR="00ED431D" w:rsidRPr="0066621D" w:rsidRDefault="00ED431D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shd w:val="clear" w:color="auto" w:fill="E8F0E9"/>
            <w:vAlign w:val="center"/>
          </w:tcPr>
          <w:p w14:paraId="034436BB" w14:textId="77777777" w:rsidR="00ED431D" w:rsidRPr="007A2EDC" w:rsidRDefault="008A6FD2">
            <w:pPr>
              <w:rPr>
                <w:rFonts w:ascii="Poppins Medium" w:hAnsi="Poppins Medium" w:cs="Poppins Medium"/>
                <w:bCs/>
              </w:rPr>
            </w:pPr>
            <w:r w:rsidRPr="007A2EDC">
              <w:rPr>
                <w:rFonts w:ascii="Poppins Medium" w:hAnsi="Poppins Medium" w:cs="Poppins Medium"/>
                <w:bCs/>
                <w:sz w:val="17"/>
              </w:rPr>
              <w:t>Postcode:</w:t>
            </w:r>
          </w:p>
        </w:tc>
        <w:tc>
          <w:tcPr>
            <w:tcW w:w="3402" w:type="dxa"/>
            <w:vAlign w:val="center"/>
          </w:tcPr>
          <w:p w14:paraId="6AF454DC" w14:textId="77777777" w:rsidR="00ED431D" w:rsidRPr="0066621D" w:rsidRDefault="00ED431D">
            <w:pPr>
              <w:rPr>
                <w:rFonts w:ascii="Poppins Medium" w:hAnsi="Poppins Medium" w:cs="Poppins Medium"/>
              </w:rPr>
            </w:pPr>
          </w:p>
        </w:tc>
      </w:tr>
      <w:tr w:rsidR="00ED431D" w:rsidRPr="0066621D" w14:paraId="5B0379E6" w14:textId="77777777">
        <w:trPr>
          <w:trHeight w:hRule="exact" w:val="425"/>
          <w:jc w:val="center"/>
        </w:trPr>
        <w:tc>
          <w:tcPr>
            <w:tcW w:w="1701" w:type="dxa"/>
            <w:shd w:val="clear" w:color="auto" w:fill="E8F0E9"/>
            <w:vAlign w:val="center"/>
          </w:tcPr>
          <w:p w14:paraId="5332BA1C" w14:textId="77777777" w:rsidR="00ED431D" w:rsidRPr="007A2EDC" w:rsidRDefault="008A6FD2">
            <w:pPr>
              <w:rPr>
                <w:rFonts w:ascii="Poppins Medium" w:hAnsi="Poppins Medium" w:cs="Poppins Medium"/>
                <w:bCs/>
              </w:rPr>
            </w:pPr>
            <w:r w:rsidRPr="007A2EDC">
              <w:rPr>
                <w:rFonts w:ascii="Poppins Medium" w:hAnsi="Poppins Medium" w:cs="Poppins Medium"/>
                <w:bCs/>
                <w:sz w:val="17"/>
              </w:rPr>
              <w:t>Woonplaats:</w:t>
            </w:r>
          </w:p>
        </w:tc>
        <w:tc>
          <w:tcPr>
            <w:tcW w:w="3628" w:type="dxa"/>
            <w:vAlign w:val="center"/>
          </w:tcPr>
          <w:p w14:paraId="5C1AA9EC" w14:textId="77777777" w:rsidR="00ED431D" w:rsidRPr="0066621D" w:rsidRDefault="00ED431D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shd w:val="clear" w:color="auto" w:fill="E8F0E9"/>
            <w:vAlign w:val="center"/>
          </w:tcPr>
          <w:p w14:paraId="05F5B634" w14:textId="77777777" w:rsidR="00ED431D" w:rsidRPr="007A2EDC" w:rsidRDefault="008A6FD2">
            <w:pPr>
              <w:rPr>
                <w:rFonts w:ascii="Poppins Medium" w:hAnsi="Poppins Medium" w:cs="Poppins Medium"/>
                <w:bCs/>
              </w:rPr>
            </w:pPr>
            <w:r w:rsidRPr="007A2EDC">
              <w:rPr>
                <w:rFonts w:ascii="Poppins Medium" w:hAnsi="Poppins Medium" w:cs="Poppins Medium"/>
                <w:bCs/>
                <w:sz w:val="17"/>
              </w:rPr>
              <w:t>Telefoon:</w:t>
            </w:r>
          </w:p>
        </w:tc>
        <w:tc>
          <w:tcPr>
            <w:tcW w:w="3402" w:type="dxa"/>
            <w:vAlign w:val="center"/>
          </w:tcPr>
          <w:p w14:paraId="3E5B98D8" w14:textId="77777777" w:rsidR="00ED431D" w:rsidRPr="0066621D" w:rsidRDefault="00ED431D">
            <w:pPr>
              <w:rPr>
                <w:rFonts w:ascii="Poppins Medium" w:hAnsi="Poppins Medium" w:cs="Poppins Medium"/>
              </w:rPr>
            </w:pPr>
          </w:p>
        </w:tc>
      </w:tr>
      <w:tr w:rsidR="00ED431D" w:rsidRPr="0066621D" w14:paraId="3DD8662B" w14:textId="77777777">
        <w:trPr>
          <w:trHeight w:hRule="exact" w:val="425"/>
          <w:jc w:val="center"/>
        </w:trPr>
        <w:tc>
          <w:tcPr>
            <w:tcW w:w="1701" w:type="dxa"/>
            <w:shd w:val="clear" w:color="auto" w:fill="E8F0E9"/>
            <w:vAlign w:val="center"/>
          </w:tcPr>
          <w:p w14:paraId="2F6847D2" w14:textId="77777777" w:rsidR="00ED431D" w:rsidRPr="007A2EDC" w:rsidRDefault="008A6FD2">
            <w:pPr>
              <w:rPr>
                <w:rFonts w:ascii="Poppins Medium" w:hAnsi="Poppins Medium" w:cs="Poppins Medium"/>
                <w:bCs/>
              </w:rPr>
            </w:pPr>
            <w:r w:rsidRPr="007A2EDC">
              <w:rPr>
                <w:rFonts w:ascii="Poppins Medium" w:hAnsi="Poppins Medium" w:cs="Poppins Medium"/>
                <w:bCs/>
                <w:sz w:val="17"/>
              </w:rPr>
              <w:t>Kweeknummer:</w:t>
            </w:r>
          </w:p>
        </w:tc>
        <w:tc>
          <w:tcPr>
            <w:tcW w:w="3628" w:type="dxa"/>
            <w:vAlign w:val="center"/>
          </w:tcPr>
          <w:p w14:paraId="4E97FFE8" w14:textId="77777777" w:rsidR="00ED431D" w:rsidRPr="0066621D" w:rsidRDefault="00ED431D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shd w:val="clear" w:color="auto" w:fill="E8F0E9"/>
            <w:vAlign w:val="center"/>
          </w:tcPr>
          <w:p w14:paraId="38413F19" w14:textId="77777777" w:rsidR="00ED431D" w:rsidRPr="007A2EDC" w:rsidRDefault="008A6FD2">
            <w:pPr>
              <w:rPr>
                <w:rFonts w:ascii="Poppins Medium" w:hAnsi="Poppins Medium" w:cs="Poppins Medium"/>
                <w:bCs/>
              </w:rPr>
            </w:pPr>
            <w:r w:rsidRPr="007A2EDC">
              <w:rPr>
                <w:rFonts w:ascii="Poppins Medium" w:hAnsi="Poppins Medium" w:cs="Poppins Medium"/>
                <w:bCs/>
                <w:sz w:val="17"/>
              </w:rPr>
              <w:t>Verenigingsnummer:</w:t>
            </w:r>
          </w:p>
        </w:tc>
        <w:tc>
          <w:tcPr>
            <w:tcW w:w="3402" w:type="dxa"/>
            <w:vAlign w:val="center"/>
          </w:tcPr>
          <w:p w14:paraId="3A1E776D" w14:textId="77777777" w:rsidR="00ED431D" w:rsidRPr="0066621D" w:rsidRDefault="00ED431D">
            <w:pPr>
              <w:rPr>
                <w:rFonts w:ascii="Poppins Medium" w:hAnsi="Poppins Medium" w:cs="Poppins Medium"/>
              </w:rPr>
            </w:pPr>
          </w:p>
        </w:tc>
      </w:tr>
    </w:tbl>
    <w:p w14:paraId="31D443BB" w14:textId="77777777" w:rsidR="00ED431D" w:rsidRPr="0066621D" w:rsidRDefault="00ED431D">
      <w:pPr>
        <w:spacing w:after="20"/>
        <w:rPr>
          <w:rFonts w:ascii="Poppins Medium" w:hAnsi="Poppins Medium" w:cs="Poppins Medium"/>
        </w:rPr>
      </w:pP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2691"/>
        <w:gridCol w:w="2690"/>
        <w:gridCol w:w="2691"/>
        <w:gridCol w:w="2690"/>
      </w:tblGrid>
      <w:tr w:rsidR="00ED431D" w:rsidRPr="0066621D" w14:paraId="3101A461" w14:textId="77777777">
        <w:trPr>
          <w:trHeight w:val="369"/>
          <w:jc w:val="center"/>
        </w:trPr>
        <w:tc>
          <w:tcPr>
            <w:tcW w:w="2693" w:type="dxa"/>
            <w:shd w:val="clear" w:color="auto" w:fill="E8F0E9"/>
            <w:vAlign w:val="center"/>
          </w:tcPr>
          <w:p w14:paraId="37373B0B" w14:textId="1565CB51" w:rsidR="00ED431D" w:rsidRPr="007A2EDC" w:rsidRDefault="00BB5E1F">
            <w:pPr>
              <w:rPr>
                <w:rFonts w:ascii="Poppins Medium" w:hAnsi="Poppins Medium" w:cs="Poppins Medium"/>
                <w:bCs/>
              </w:rPr>
            </w:pPr>
            <w:proofErr w:type="spellStart"/>
            <w:r w:rsidRPr="007A2EDC">
              <w:rPr>
                <w:rFonts w:ascii="Poppins Medium" w:hAnsi="Poppins Medium" w:cs="Poppins Medium"/>
                <w:bCs/>
                <w:sz w:val="17"/>
              </w:rPr>
              <w:t>Wedstrijd</w:t>
            </w:r>
            <w:proofErr w:type="spellEnd"/>
            <w:r w:rsidRPr="007A2EDC">
              <w:rPr>
                <w:rFonts w:ascii="Poppins Medium" w:hAnsi="Poppins Medium" w:cs="Poppins Medium"/>
                <w:bCs/>
                <w:sz w:val="17"/>
              </w:rPr>
              <w:t xml:space="preserve"> </w:t>
            </w:r>
            <w:proofErr w:type="spellStart"/>
            <w:r w:rsidRPr="007A2EDC">
              <w:rPr>
                <w:rFonts w:ascii="Poppins Medium" w:hAnsi="Poppins Medium" w:cs="Poppins Medium"/>
                <w:bCs/>
                <w:sz w:val="17"/>
              </w:rPr>
              <w:t>klasse</w:t>
            </w:r>
            <w:proofErr w:type="spellEnd"/>
            <w:r w:rsidRPr="007A2EDC">
              <w:rPr>
                <w:rFonts w:ascii="Poppins Medium" w:hAnsi="Poppins Medium" w:cs="Poppins Medium"/>
                <w:bCs/>
                <w:sz w:val="17"/>
              </w:rPr>
              <w:t xml:space="preserve"> </w:t>
            </w:r>
            <w:r w:rsidR="008A6FD2" w:rsidRPr="007A2EDC">
              <w:rPr>
                <w:rFonts w:ascii="Poppins Medium" w:hAnsi="Poppins Medium" w:cs="Poppins Medium"/>
                <w:bCs/>
                <w:sz w:val="17"/>
              </w:rPr>
              <w:t xml:space="preserve">Per </w:t>
            </w:r>
            <w:proofErr w:type="spellStart"/>
            <w:r w:rsidR="008A6FD2" w:rsidRPr="007A2EDC">
              <w:rPr>
                <w:rFonts w:ascii="Poppins Medium" w:hAnsi="Poppins Medium" w:cs="Poppins Medium"/>
                <w:bCs/>
                <w:sz w:val="17"/>
              </w:rPr>
              <w:t>vogel</w:t>
            </w:r>
            <w:proofErr w:type="spellEnd"/>
          </w:p>
        </w:tc>
        <w:tc>
          <w:tcPr>
            <w:tcW w:w="2693" w:type="dxa"/>
            <w:vAlign w:val="center"/>
          </w:tcPr>
          <w:p w14:paraId="5CE0F43A" w14:textId="77777777" w:rsidR="00ED431D" w:rsidRPr="007030EF" w:rsidRDefault="008A6FD2">
            <w:pPr>
              <w:rPr>
                <w:rFonts w:ascii="Poppins Medium" w:hAnsi="Poppins Medium" w:cs="Poppins Medium"/>
              </w:rPr>
            </w:pPr>
            <w:r w:rsidRPr="007030EF">
              <w:rPr>
                <w:rFonts w:ascii="Poppins Medium" w:hAnsi="Poppins Medium" w:cs="Poppins Medium"/>
                <w:sz w:val="17"/>
              </w:rPr>
              <w:t>€ 1,00</w:t>
            </w:r>
          </w:p>
        </w:tc>
        <w:tc>
          <w:tcPr>
            <w:tcW w:w="2693" w:type="dxa"/>
            <w:shd w:val="clear" w:color="auto" w:fill="E8F0E9"/>
            <w:vAlign w:val="center"/>
          </w:tcPr>
          <w:p w14:paraId="3D06501A" w14:textId="77777777" w:rsidR="00ED431D" w:rsidRPr="007A2EDC" w:rsidRDefault="008A6FD2">
            <w:pPr>
              <w:rPr>
                <w:rFonts w:ascii="Poppins Medium" w:hAnsi="Poppins Medium" w:cs="Poppins Medium"/>
                <w:bCs/>
              </w:rPr>
            </w:pPr>
            <w:r w:rsidRPr="007A2EDC">
              <w:rPr>
                <w:rFonts w:ascii="Poppins Medium" w:hAnsi="Poppins Medium" w:cs="Poppins Medium"/>
                <w:bCs/>
                <w:sz w:val="17"/>
              </w:rPr>
              <w:t>Catalogus</w:t>
            </w:r>
          </w:p>
        </w:tc>
        <w:tc>
          <w:tcPr>
            <w:tcW w:w="2693" w:type="dxa"/>
            <w:vAlign w:val="center"/>
          </w:tcPr>
          <w:p w14:paraId="363BD907" w14:textId="77777777" w:rsidR="00ED431D" w:rsidRPr="007030EF" w:rsidRDefault="008A6FD2">
            <w:pPr>
              <w:rPr>
                <w:rFonts w:ascii="Poppins Medium" w:hAnsi="Poppins Medium" w:cs="Poppins Medium"/>
              </w:rPr>
            </w:pPr>
            <w:r w:rsidRPr="007030EF">
              <w:rPr>
                <w:rFonts w:ascii="Poppins Medium" w:hAnsi="Poppins Medium" w:cs="Poppins Medium"/>
                <w:sz w:val="17"/>
              </w:rPr>
              <w:t>€ 2,00</w:t>
            </w:r>
          </w:p>
        </w:tc>
      </w:tr>
      <w:tr w:rsidR="00ED431D" w:rsidRPr="0066621D" w14:paraId="6D8C2A74" w14:textId="77777777">
        <w:trPr>
          <w:trHeight w:val="369"/>
          <w:jc w:val="center"/>
        </w:trPr>
        <w:tc>
          <w:tcPr>
            <w:tcW w:w="2693" w:type="dxa"/>
            <w:shd w:val="clear" w:color="auto" w:fill="E8F0E9"/>
            <w:vAlign w:val="center"/>
          </w:tcPr>
          <w:p w14:paraId="270BF7FA" w14:textId="77777777" w:rsidR="00ED431D" w:rsidRPr="007A2EDC" w:rsidRDefault="008A6FD2">
            <w:pPr>
              <w:rPr>
                <w:rFonts w:ascii="Poppins Medium" w:hAnsi="Poppins Medium" w:cs="Poppins Medium"/>
                <w:bCs/>
              </w:rPr>
            </w:pPr>
            <w:r w:rsidRPr="007A2EDC">
              <w:rPr>
                <w:rFonts w:ascii="Poppins Medium" w:hAnsi="Poppins Medium" w:cs="Poppins Medium"/>
                <w:bCs/>
                <w:sz w:val="17"/>
              </w:rPr>
              <w:t>Aantal vogels</w:t>
            </w:r>
          </w:p>
        </w:tc>
        <w:tc>
          <w:tcPr>
            <w:tcW w:w="2693" w:type="dxa"/>
            <w:vAlign w:val="center"/>
          </w:tcPr>
          <w:p w14:paraId="11350A64" w14:textId="77777777" w:rsidR="00ED431D" w:rsidRPr="0066621D" w:rsidRDefault="00ED431D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2693" w:type="dxa"/>
            <w:shd w:val="clear" w:color="auto" w:fill="E8F0E9"/>
            <w:vAlign w:val="center"/>
          </w:tcPr>
          <w:p w14:paraId="3ADC4644" w14:textId="77777777" w:rsidR="00ED431D" w:rsidRPr="007A2EDC" w:rsidRDefault="008A6FD2">
            <w:pPr>
              <w:rPr>
                <w:rFonts w:ascii="Poppins Medium" w:hAnsi="Poppins Medium" w:cs="Poppins Medium"/>
                <w:bCs/>
              </w:rPr>
            </w:pPr>
            <w:r w:rsidRPr="007A2EDC">
              <w:rPr>
                <w:rFonts w:ascii="Poppins Medium" w:hAnsi="Poppins Medium" w:cs="Poppins Medium"/>
                <w:bCs/>
                <w:sz w:val="17"/>
              </w:rPr>
              <w:t>Totaal inschrijfgeld</w:t>
            </w:r>
          </w:p>
        </w:tc>
        <w:tc>
          <w:tcPr>
            <w:tcW w:w="2693" w:type="dxa"/>
            <w:vAlign w:val="center"/>
          </w:tcPr>
          <w:p w14:paraId="2F80716D" w14:textId="77777777" w:rsidR="00ED431D" w:rsidRPr="0066621D" w:rsidRDefault="008A6FD2">
            <w:pPr>
              <w:rPr>
                <w:rFonts w:ascii="Poppins Medium" w:hAnsi="Poppins Medium" w:cs="Poppins Medium"/>
              </w:rPr>
            </w:pPr>
            <w:r w:rsidRPr="0066621D">
              <w:rPr>
                <w:rFonts w:ascii="Poppins Medium" w:hAnsi="Poppins Medium" w:cs="Poppins Medium"/>
                <w:sz w:val="17"/>
              </w:rPr>
              <w:t>€</w:t>
            </w:r>
          </w:p>
        </w:tc>
      </w:tr>
    </w:tbl>
    <w:p w14:paraId="35458566" w14:textId="77777777" w:rsidR="00ED431D" w:rsidRPr="0066621D" w:rsidRDefault="008A6FD2">
      <w:pPr>
        <w:spacing w:before="60" w:after="40"/>
        <w:rPr>
          <w:rFonts w:ascii="Poppins Medium" w:hAnsi="Poppins Medium" w:cs="Poppins Medium"/>
        </w:rPr>
      </w:pPr>
      <w:r w:rsidRPr="0066621D">
        <w:rPr>
          <w:rFonts w:ascii="Poppins Medium" w:hAnsi="Poppins Medium" w:cs="Poppins Medium"/>
          <w:b/>
          <w:sz w:val="20"/>
        </w:rPr>
        <w:t>In te schrijven vogels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3969"/>
        <w:gridCol w:w="750"/>
        <w:gridCol w:w="825"/>
        <w:gridCol w:w="749"/>
        <w:gridCol w:w="1247"/>
        <w:gridCol w:w="1814"/>
      </w:tblGrid>
      <w:tr w:rsidR="00ED431D" w:rsidRPr="0066621D" w14:paraId="7AA4934E" w14:textId="77777777">
        <w:trPr>
          <w:trHeight w:val="567"/>
          <w:jc w:val="center"/>
        </w:trPr>
        <w:tc>
          <w:tcPr>
            <w:tcW w:w="1134" w:type="dxa"/>
            <w:shd w:val="clear" w:color="auto" w:fill="DCE9DF"/>
            <w:vAlign w:val="center"/>
          </w:tcPr>
          <w:p w14:paraId="471B6B34" w14:textId="77777777" w:rsidR="00ED431D" w:rsidRPr="0066621D" w:rsidRDefault="008A6FD2">
            <w:pPr>
              <w:jc w:val="center"/>
              <w:rPr>
                <w:rFonts w:ascii="Poppins Medium" w:hAnsi="Poppins Medium" w:cs="Poppins Medium"/>
              </w:rPr>
            </w:pPr>
            <w:r w:rsidRPr="0066621D">
              <w:rPr>
                <w:rFonts w:ascii="Poppins Medium" w:hAnsi="Poppins Medium" w:cs="Poppins Medium"/>
                <w:b/>
                <w:sz w:val="16"/>
              </w:rPr>
              <w:t>Klasse nr.</w:t>
            </w:r>
          </w:p>
        </w:tc>
        <w:tc>
          <w:tcPr>
            <w:tcW w:w="3969" w:type="dxa"/>
            <w:shd w:val="clear" w:color="auto" w:fill="DCE9DF"/>
            <w:vAlign w:val="center"/>
          </w:tcPr>
          <w:p w14:paraId="01EC78DF" w14:textId="77777777" w:rsidR="00ED431D" w:rsidRPr="0066621D" w:rsidRDefault="008A6FD2">
            <w:pPr>
              <w:jc w:val="center"/>
              <w:rPr>
                <w:rFonts w:ascii="Poppins Medium" w:hAnsi="Poppins Medium" w:cs="Poppins Medium"/>
              </w:rPr>
            </w:pPr>
            <w:r w:rsidRPr="0066621D">
              <w:rPr>
                <w:rFonts w:ascii="Poppins Medium" w:hAnsi="Poppins Medium" w:cs="Poppins Medium"/>
                <w:b/>
                <w:sz w:val="16"/>
              </w:rPr>
              <w:t>Soort en/of kleurslag</w:t>
            </w:r>
          </w:p>
        </w:tc>
        <w:tc>
          <w:tcPr>
            <w:tcW w:w="2324" w:type="dxa"/>
            <w:gridSpan w:val="3"/>
            <w:shd w:val="clear" w:color="auto" w:fill="DCE9DF"/>
            <w:vAlign w:val="center"/>
          </w:tcPr>
          <w:p w14:paraId="67E5A15B" w14:textId="4D7AFAC2" w:rsidR="00ED431D" w:rsidRPr="0066621D" w:rsidRDefault="008A6FD2">
            <w:pPr>
              <w:jc w:val="center"/>
              <w:rPr>
                <w:rFonts w:ascii="Poppins Medium" w:hAnsi="Poppins Medium" w:cs="Poppins Medium"/>
              </w:rPr>
            </w:pPr>
            <w:proofErr w:type="spellStart"/>
            <w:r w:rsidRPr="0066621D">
              <w:rPr>
                <w:rFonts w:ascii="Poppins Medium" w:hAnsi="Poppins Medium" w:cs="Poppins Medium"/>
                <w:b/>
                <w:sz w:val="16"/>
              </w:rPr>
              <w:t>Inschrijving</w:t>
            </w:r>
            <w:proofErr w:type="spellEnd"/>
            <w:r w:rsidR="00095B46">
              <w:rPr>
                <w:rFonts w:ascii="Poppins Medium" w:hAnsi="Poppins Medium" w:cs="Poppins Medium"/>
                <w:b/>
                <w:sz w:val="16"/>
              </w:rPr>
              <w:t xml:space="preserve"> (x </w:t>
            </w:r>
            <w:proofErr w:type="spellStart"/>
            <w:r w:rsidR="00095B46">
              <w:rPr>
                <w:rFonts w:ascii="Poppins Medium" w:hAnsi="Poppins Medium" w:cs="Poppins Medium"/>
                <w:b/>
                <w:sz w:val="16"/>
              </w:rPr>
              <w:t>aantal</w:t>
            </w:r>
            <w:proofErr w:type="spellEnd"/>
            <w:r w:rsidR="00095B46">
              <w:rPr>
                <w:rFonts w:ascii="Poppins Medium" w:hAnsi="Poppins Medium" w:cs="Poppins Medium"/>
                <w:b/>
                <w:sz w:val="16"/>
              </w:rPr>
              <w:t>)</w:t>
            </w:r>
            <w:r w:rsidRPr="0066621D">
              <w:rPr>
                <w:rFonts w:ascii="Poppins Medium" w:hAnsi="Poppins Medium" w:cs="Poppins Medium"/>
                <w:b/>
                <w:sz w:val="16"/>
              </w:rPr>
              <w:br/>
              <w:t>(</w:t>
            </w:r>
            <w:proofErr w:type="spellStart"/>
            <w:r w:rsidRPr="0066621D">
              <w:rPr>
                <w:rFonts w:ascii="Poppins Medium" w:hAnsi="Poppins Medium" w:cs="Poppins Medium"/>
                <w:b/>
                <w:sz w:val="16"/>
              </w:rPr>
              <w:t>stel</w:t>
            </w:r>
            <w:proofErr w:type="spellEnd"/>
            <w:r w:rsidRPr="0066621D">
              <w:rPr>
                <w:rFonts w:ascii="Poppins Medium" w:hAnsi="Poppins Medium" w:cs="Poppins Medium"/>
                <w:b/>
                <w:sz w:val="16"/>
              </w:rPr>
              <w:t xml:space="preserve"> / </w:t>
            </w:r>
            <w:proofErr w:type="spellStart"/>
            <w:r w:rsidRPr="0066621D">
              <w:rPr>
                <w:rFonts w:ascii="Poppins Medium" w:hAnsi="Poppins Medium" w:cs="Poppins Medium"/>
                <w:b/>
                <w:sz w:val="16"/>
              </w:rPr>
              <w:t>stam</w:t>
            </w:r>
            <w:proofErr w:type="spellEnd"/>
            <w:r w:rsidRPr="0066621D">
              <w:rPr>
                <w:rFonts w:ascii="Poppins Medium" w:hAnsi="Poppins Medium" w:cs="Poppins Medium"/>
                <w:b/>
                <w:sz w:val="16"/>
              </w:rPr>
              <w:t xml:space="preserve"> / enkeling)</w:t>
            </w:r>
          </w:p>
        </w:tc>
        <w:tc>
          <w:tcPr>
            <w:tcW w:w="1247" w:type="dxa"/>
            <w:shd w:val="clear" w:color="auto" w:fill="DCE9DF"/>
            <w:vAlign w:val="center"/>
          </w:tcPr>
          <w:p w14:paraId="6F6C0F8D" w14:textId="77777777" w:rsidR="00ED431D" w:rsidRPr="0066621D" w:rsidRDefault="008A6FD2">
            <w:pPr>
              <w:jc w:val="center"/>
              <w:rPr>
                <w:rFonts w:ascii="Poppins Medium" w:hAnsi="Poppins Medium" w:cs="Poppins Medium"/>
              </w:rPr>
            </w:pPr>
            <w:r w:rsidRPr="0066621D">
              <w:rPr>
                <w:rFonts w:ascii="Poppins Medium" w:hAnsi="Poppins Medium" w:cs="Poppins Medium"/>
                <w:b/>
                <w:sz w:val="16"/>
              </w:rPr>
              <w:t>Kooi</w:t>
            </w:r>
            <w:r w:rsidRPr="0066621D">
              <w:rPr>
                <w:rFonts w:ascii="Poppins Medium" w:hAnsi="Poppins Medium" w:cs="Poppins Medium"/>
                <w:b/>
                <w:sz w:val="16"/>
              </w:rPr>
              <w:br/>
              <w:t>(U / G / K)</w:t>
            </w:r>
          </w:p>
        </w:tc>
        <w:tc>
          <w:tcPr>
            <w:tcW w:w="1814" w:type="dxa"/>
            <w:shd w:val="clear" w:color="auto" w:fill="DCE9DF"/>
            <w:vAlign w:val="center"/>
          </w:tcPr>
          <w:p w14:paraId="1F9D8FDB" w14:textId="77777777" w:rsidR="00ED431D" w:rsidRPr="0066621D" w:rsidRDefault="008A6FD2">
            <w:pPr>
              <w:jc w:val="center"/>
              <w:rPr>
                <w:rFonts w:ascii="Poppins Medium" w:hAnsi="Poppins Medium" w:cs="Poppins Medium"/>
              </w:rPr>
            </w:pPr>
            <w:r w:rsidRPr="0066621D">
              <w:rPr>
                <w:rFonts w:ascii="Poppins Medium" w:hAnsi="Poppins Medium" w:cs="Poppins Medium"/>
                <w:b/>
                <w:sz w:val="16"/>
              </w:rPr>
              <w:t>Verzekerd bedrag</w:t>
            </w:r>
          </w:p>
        </w:tc>
      </w:tr>
      <w:tr w:rsidR="00897CA1" w:rsidRPr="0066621D" w14:paraId="5ED9F815" w14:textId="77777777" w:rsidTr="00897CA1">
        <w:trPr>
          <w:trHeight w:hRule="exact" w:val="369"/>
          <w:jc w:val="center"/>
        </w:trPr>
        <w:tc>
          <w:tcPr>
            <w:tcW w:w="1134" w:type="dxa"/>
            <w:vAlign w:val="center"/>
          </w:tcPr>
          <w:p w14:paraId="16B413DF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3969" w:type="dxa"/>
            <w:vAlign w:val="center"/>
          </w:tcPr>
          <w:p w14:paraId="156B014B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50" w:type="dxa"/>
            <w:vAlign w:val="center"/>
          </w:tcPr>
          <w:p w14:paraId="451D6553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825" w:type="dxa"/>
            <w:vAlign w:val="center"/>
          </w:tcPr>
          <w:p w14:paraId="442A2321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49" w:type="dxa"/>
            <w:vAlign w:val="center"/>
          </w:tcPr>
          <w:p w14:paraId="0D434DBF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247" w:type="dxa"/>
            <w:vAlign w:val="center"/>
          </w:tcPr>
          <w:p w14:paraId="13C4FB25" w14:textId="7AE06302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vAlign w:val="center"/>
          </w:tcPr>
          <w:p w14:paraId="06E373B1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</w:tr>
      <w:tr w:rsidR="00897CA1" w:rsidRPr="0066621D" w14:paraId="490709F7" w14:textId="77777777" w:rsidTr="00897CA1">
        <w:trPr>
          <w:trHeight w:hRule="exact" w:val="369"/>
          <w:jc w:val="center"/>
        </w:trPr>
        <w:tc>
          <w:tcPr>
            <w:tcW w:w="1134" w:type="dxa"/>
            <w:vAlign w:val="center"/>
          </w:tcPr>
          <w:p w14:paraId="6B0F32F7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3969" w:type="dxa"/>
            <w:vAlign w:val="center"/>
          </w:tcPr>
          <w:p w14:paraId="412318CE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50" w:type="dxa"/>
            <w:vAlign w:val="center"/>
          </w:tcPr>
          <w:p w14:paraId="7A7B600A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825" w:type="dxa"/>
            <w:vAlign w:val="center"/>
          </w:tcPr>
          <w:p w14:paraId="68316896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49" w:type="dxa"/>
            <w:vAlign w:val="center"/>
          </w:tcPr>
          <w:p w14:paraId="6189CE24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247" w:type="dxa"/>
            <w:vAlign w:val="center"/>
          </w:tcPr>
          <w:p w14:paraId="6A204B3A" w14:textId="3AD6E7DD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vAlign w:val="center"/>
          </w:tcPr>
          <w:p w14:paraId="73F2E9FA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</w:tr>
      <w:tr w:rsidR="00897CA1" w:rsidRPr="0066621D" w14:paraId="1DAB457F" w14:textId="77777777" w:rsidTr="00897CA1">
        <w:trPr>
          <w:trHeight w:hRule="exact" w:val="369"/>
          <w:jc w:val="center"/>
        </w:trPr>
        <w:tc>
          <w:tcPr>
            <w:tcW w:w="1134" w:type="dxa"/>
            <w:vAlign w:val="center"/>
          </w:tcPr>
          <w:p w14:paraId="2E16232C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3969" w:type="dxa"/>
            <w:vAlign w:val="center"/>
          </w:tcPr>
          <w:p w14:paraId="22500BAE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50" w:type="dxa"/>
            <w:vAlign w:val="center"/>
          </w:tcPr>
          <w:p w14:paraId="73DCCAA1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825" w:type="dxa"/>
            <w:vAlign w:val="center"/>
          </w:tcPr>
          <w:p w14:paraId="7E724B49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49" w:type="dxa"/>
            <w:vAlign w:val="center"/>
          </w:tcPr>
          <w:p w14:paraId="34E43DDB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247" w:type="dxa"/>
            <w:vAlign w:val="center"/>
          </w:tcPr>
          <w:p w14:paraId="78567A12" w14:textId="33288788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vAlign w:val="center"/>
          </w:tcPr>
          <w:p w14:paraId="289600D9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</w:tr>
      <w:tr w:rsidR="00897CA1" w:rsidRPr="0066621D" w14:paraId="029AD326" w14:textId="77777777" w:rsidTr="00897CA1">
        <w:trPr>
          <w:trHeight w:hRule="exact" w:val="369"/>
          <w:jc w:val="center"/>
        </w:trPr>
        <w:tc>
          <w:tcPr>
            <w:tcW w:w="1134" w:type="dxa"/>
            <w:vAlign w:val="center"/>
          </w:tcPr>
          <w:p w14:paraId="4E95E99C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3969" w:type="dxa"/>
            <w:vAlign w:val="center"/>
          </w:tcPr>
          <w:p w14:paraId="682FE2A8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50" w:type="dxa"/>
            <w:vAlign w:val="center"/>
          </w:tcPr>
          <w:p w14:paraId="101730D5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825" w:type="dxa"/>
            <w:vAlign w:val="center"/>
          </w:tcPr>
          <w:p w14:paraId="65B040E9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49" w:type="dxa"/>
            <w:vAlign w:val="center"/>
          </w:tcPr>
          <w:p w14:paraId="6D1E3775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247" w:type="dxa"/>
            <w:vAlign w:val="center"/>
          </w:tcPr>
          <w:p w14:paraId="64B92123" w14:textId="2328BE6E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vAlign w:val="center"/>
          </w:tcPr>
          <w:p w14:paraId="2D3919AD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</w:tr>
      <w:tr w:rsidR="00897CA1" w:rsidRPr="0066621D" w14:paraId="3BAA913B" w14:textId="77777777" w:rsidTr="00897CA1">
        <w:trPr>
          <w:trHeight w:hRule="exact" w:val="369"/>
          <w:jc w:val="center"/>
        </w:trPr>
        <w:tc>
          <w:tcPr>
            <w:tcW w:w="1134" w:type="dxa"/>
            <w:vAlign w:val="center"/>
          </w:tcPr>
          <w:p w14:paraId="08A30F5B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3969" w:type="dxa"/>
            <w:vAlign w:val="center"/>
          </w:tcPr>
          <w:p w14:paraId="7290D286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50" w:type="dxa"/>
            <w:vAlign w:val="center"/>
          </w:tcPr>
          <w:p w14:paraId="38E965EB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825" w:type="dxa"/>
            <w:vAlign w:val="center"/>
          </w:tcPr>
          <w:p w14:paraId="619B5AC7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49" w:type="dxa"/>
            <w:vAlign w:val="center"/>
          </w:tcPr>
          <w:p w14:paraId="78986C5E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247" w:type="dxa"/>
            <w:vAlign w:val="center"/>
          </w:tcPr>
          <w:p w14:paraId="6CF7ADAD" w14:textId="111548D9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vAlign w:val="center"/>
          </w:tcPr>
          <w:p w14:paraId="74CEC6B9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</w:tr>
      <w:tr w:rsidR="00897CA1" w:rsidRPr="0066621D" w14:paraId="4577C6B0" w14:textId="77777777" w:rsidTr="00897CA1">
        <w:trPr>
          <w:trHeight w:hRule="exact" w:val="369"/>
          <w:jc w:val="center"/>
        </w:trPr>
        <w:tc>
          <w:tcPr>
            <w:tcW w:w="1134" w:type="dxa"/>
            <w:vAlign w:val="center"/>
          </w:tcPr>
          <w:p w14:paraId="19925F2D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3969" w:type="dxa"/>
            <w:vAlign w:val="center"/>
          </w:tcPr>
          <w:p w14:paraId="1F59F38D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50" w:type="dxa"/>
            <w:vAlign w:val="center"/>
          </w:tcPr>
          <w:p w14:paraId="58E13686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825" w:type="dxa"/>
            <w:vAlign w:val="center"/>
          </w:tcPr>
          <w:p w14:paraId="13032FE2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49" w:type="dxa"/>
            <w:vAlign w:val="center"/>
          </w:tcPr>
          <w:p w14:paraId="24026DC2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247" w:type="dxa"/>
            <w:vAlign w:val="center"/>
          </w:tcPr>
          <w:p w14:paraId="52F58566" w14:textId="6F658093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vAlign w:val="center"/>
          </w:tcPr>
          <w:p w14:paraId="300B8847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</w:tr>
      <w:tr w:rsidR="00897CA1" w:rsidRPr="0066621D" w14:paraId="22127F2B" w14:textId="77777777" w:rsidTr="00897CA1">
        <w:trPr>
          <w:trHeight w:hRule="exact" w:val="369"/>
          <w:jc w:val="center"/>
        </w:trPr>
        <w:tc>
          <w:tcPr>
            <w:tcW w:w="1134" w:type="dxa"/>
            <w:vAlign w:val="center"/>
          </w:tcPr>
          <w:p w14:paraId="1F0E1EF0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3969" w:type="dxa"/>
            <w:vAlign w:val="center"/>
          </w:tcPr>
          <w:p w14:paraId="7BC59E39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50" w:type="dxa"/>
            <w:vAlign w:val="center"/>
          </w:tcPr>
          <w:p w14:paraId="6753E405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825" w:type="dxa"/>
            <w:vAlign w:val="center"/>
          </w:tcPr>
          <w:p w14:paraId="7DBAF22C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49" w:type="dxa"/>
            <w:vAlign w:val="center"/>
          </w:tcPr>
          <w:p w14:paraId="2BF0BF79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247" w:type="dxa"/>
            <w:vAlign w:val="center"/>
          </w:tcPr>
          <w:p w14:paraId="185F82A3" w14:textId="4A7CAC74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vAlign w:val="center"/>
          </w:tcPr>
          <w:p w14:paraId="2323737E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</w:tr>
      <w:tr w:rsidR="00897CA1" w:rsidRPr="0066621D" w14:paraId="4024A641" w14:textId="77777777" w:rsidTr="00897CA1">
        <w:trPr>
          <w:trHeight w:hRule="exact" w:val="369"/>
          <w:jc w:val="center"/>
        </w:trPr>
        <w:tc>
          <w:tcPr>
            <w:tcW w:w="1134" w:type="dxa"/>
            <w:vAlign w:val="center"/>
          </w:tcPr>
          <w:p w14:paraId="3AA558A8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3969" w:type="dxa"/>
            <w:vAlign w:val="center"/>
          </w:tcPr>
          <w:p w14:paraId="7446FC2C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50" w:type="dxa"/>
            <w:vAlign w:val="center"/>
          </w:tcPr>
          <w:p w14:paraId="62450756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825" w:type="dxa"/>
            <w:vAlign w:val="center"/>
          </w:tcPr>
          <w:p w14:paraId="35B2CC6F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49" w:type="dxa"/>
            <w:vAlign w:val="center"/>
          </w:tcPr>
          <w:p w14:paraId="7A232046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247" w:type="dxa"/>
            <w:vAlign w:val="center"/>
          </w:tcPr>
          <w:p w14:paraId="0D37690E" w14:textId="411FC05A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vAlign w:val="center"/>
          </w:tcPr>
          <w:p w14:paraId="21C5E666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</w:tr>
      <w:tr w:rsidR="00897CA1" w:rsidRPr="0066621D" w14:paraId="5C9BA88C" w14:textId="77777777" w:rsidTr="00897CA1">
        <w:trPr>
          <w:trHeight w:hRule="exact" w:val="369"/>
          <w:jc w:val="center"/>
        </w:trPr>
        <w:tc>
          <w:tcPr>
            <w:tcW w:w="1134" w:type="dxa"/>
            <w:vAlign w:val="center"/>
          </w:tcPr>
          <w:p w14:paraId="590AE53A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3969" w:type="dxa"/>
            <w:vAlign w:val="center"/>
          </w:tcPr>
          <w:p w14:paraId="1208C534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50" w:type="dxa"/>
            <w:vAlign w:val="center"/>
          </w:tcPr>
          <w:p w14:paraId="75821B47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825" w:type="dxa"/>
            <w:vAlign w:val="center"/>
          </w:tcPr>
          <w:p w14:paraId="2C6CD59A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49" w:type="dxa"/>
            <w:vAlign w:val="center"/>
          </w:tcPr>
          <w:p w14:paraId="557D8127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247" w:type="dxa"/>
            <w:vAlign w:val="center"/>
          </w:tcPr>
          <w:p w14:paraId="1B5D6643" w14:textId="17ACA689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vAlign w:val="center"/>
          </w:tcPr>
          <w:p w14:paraId="6928C85E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</w:tr>
      <w:tr w:rsidR="00897CA1" w:rsidRPr="0066621D" w14:paraId="6423BBFA" w14:textId="77777777" w:rsidTr="00897CA1">
        <w:trPr>
          <w:trHeight w:hRule="exact" w:val="369"/>
          <w:jc w:val="center"/>
        </w:trPr>
        <w:tc>
          <w:tcPr>
            <w:tcW w:w="1134" w:type="dxa"/>
            <w:vAlign w:val="center"/>
          </w:tcPr>
          <w:p w14:paraId="5A9DDA00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3969" w:type="dxa"/>
            <w:vAlign w:val="center"/>
          </w:tcPr>
          <w:p w14:paraId="74C1155A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50" w:type="dxa"/>
            <w:vAlign w:val="center"/>
          </w:tcPr>
          <w:p w14:paraId="2E5D185B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825" w:type="dxa"/>
            <w:vAlign w:val="center"/>
          </w:tcPr>
          <w:p w14:paraId="37051A5D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49" w:type="dxa"/>
            <w:vAlign w:val="center"/>
          </w:tcPr>
          <w:p w14:paraId="6216AA12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247" w:type="dxa"/>
            <w:vAlign w:val="center"/>
          </w:tcPr>
          <w:p w14:paraId="447C1BDF" w14:textId="19A4CB44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vAlign w:val="center"/>
          </w:tcPr>
          <w:p w14:paraId="6846186B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</w:tr>
      <w:tr w:rsidR="00897CA1" w:rsidRPr="0066621D" w14:paraId="418C48BF" w14:textId="77777777" w:rsidTr="00897CA1">
        <w:trPr>
          <w:trHeight w:hRule="exact" w:val="369"/>
          <w:jc w:val="center"/>
        </w:trPr>
        <w:tc>
          <w:tcPr>
            <w:tcW w:w="1134" w:type="dxa"/>
            <w:vAlign w:val="center"/>
          </w:tcPr>
          <w:p w14:paraId="49EF505E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3969" w:type="dxa"/>
            <w:vAlign w:val="center"/>
          </w:tcPr>
          <w:p w14:paraId="7CEB0B39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50" w:type="dxa"/>
            <w:vAlign w:val="center"/>
          </w:tcPr>
          <w:p w14:paraId="601A8B2E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825" w:type="dxa"/>
            <w:vAlign w:val="center"/>
          </w:tcPr>
          <w:p w14:paraId="172DFB8D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49" w:type="dxa"/>
            <w:vAlign w:val="center"/>
          </w:tcPr>
          <w:p w14:paraId="28ABD82D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247" w:type="dxa"/>
            <w:vAlign w:val="center"/>
          </w:tcPr>
          <w:p w14:paraId="755A5F1D" w14:textId="27209975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vAlign w:val="center"/>
          </w:tcPr>
          <w:p w14:paraId="26FFE1F5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</w:tr>
      <w:tr w:rsidR="00897CA1" w:rsidRPr="0066621D" w14:paraId="717B17D5" w14:textId="77777777" w:rsidTr="00897CA1">
        <w:trPr>
          <w:trHeight w:hRule="exact" w:val="369"/>
          <w:jc w:val="center"/>
        </w:trPr>
        <w:tc>
          <w:tcPr>
            <w:tcW w:w="1134" w:type="dxa"/>
            <w:vAlign w:val="center"/>
          </w:tcPr>
          <w:p w14:paraId="3DCFB1EF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3969" w:type="dxa"/>
            <w:vAlign w:val="center"/>
          </w:tcPr>
          <w:p w14:paraId="63EA02E7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50" w:type="dxa"/>
            <w:vAlign w:val="center"/>
          </w:tcPr>
          <w:p w14:paraId="237E3308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825" w:type="dxa"/>
            <w:vAlign w:val="center"/>
          </w:tcPr>
          <w:p w14:paraId="7519616D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749" w:type="dxa"/>
            <w:vAlign w:val="center"/>
          </w:tcPr>
          <w:p w14:paraId="7D9D0FFE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247" w:type="dxa"/>
            <w:vAlign w:val="center"/>
          </w:tcPr>
          <w:p w14:paraId="3B788EF3" w14:textId="317C0373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1814" w:type="dxa"/>
            <w:vAlign w:val="center"/>
          </w:tcPr>
          <w:p w14:paraId="1B10E057" w14:textId="77777777" w:rsidR="00897CA1" w:rsidRPr="0066621D" w:rsidRDefault="00897CA1">
            <w:pPr>
              <w:rPr>
                <w:rFonts w:ascii="Poppins Medium" w:hAnsi="Poppins Medium" w:cs="Poppins Medium"/>
              </w:rPr>
            </w:pPr>
          </w:p>
        </w:tc>
      </w:tr>
    </w:tbl>
    <w:p w14:paraId="1A4E495B" w14:textId="32F6655D" w:rsidR="00ED431D" w:rsidRPr="0066621D" w:rsidRDefault="008A6FD2">
      <w:pPr>
        <w:spacing w:before="80" w:after="40"/>
        <w:rPr>
          <w:rFonts w:ascii="Poppins Medium" w:hAnsi="Poppins Medium" w:cs="Poppins Medium"/>
          <w:sz w:val="22"/>
          <w:szCs w:val="28"/>
        </w:rPr>
      </w:pPr>
      <w:proofErr w:type="spellStart"/>
      <w:r w:rsidRPr="0066621D">
        <w:rPr>
          <w:rFonts w:ascii="Poppins Medium" w:hAnsi="Poppins Medium" w:cs="Poppins Medium"/>
          <w:b/>
          <w:sz w:val="22"/>
          <w:szCs w:val="28"/>
        </w:rPr>
        <w:t>Totaal</w:t>
      </w:r>
      <w:proofErr w:type="spellEnd"/>
      <w:r w:rsidRPr="0066621D">
        <w:rPr>
          <w:rFonts w:ascii="Poppins Medium" w:hAnsi="Poppins Medium" w:cs="Poppins Medium"/>
          <w:b/>
          <w:sz w:val="22"/>
          <w:szCs w:val="28"/>
        </w:rPr>
        <w:t xml:space="preserve"> </w:t>
      </w:r>
      <w:proofErr w:type="spellStart"/>
      <w:r w:rsidRPr="0066621D">
        <w:rPr>
          <w:rFonts w:ascii="Poppins Medium" w:hAnsi="Poppins Medium" w:cs="Poppins Medium"/>
          <w:b/>
          <w:sz w:val="22"/>
          <w:szCs w:val="28"/>
        </w:rPr>
        <w:t>bedrag</w:t>
      </w:r>
      <w:proofErr w:type="spellEnd"/>
      <w:r w:rsidRPr="0066621D">
        <w:rPr>
          <w:rFonts w:ascii="Poppins Medium" w:hAnsi="Poppins Medium" w:cs="Poppins Medium"/>
          <w:b/>
          <w:sz w:val="22"/>
          <w:szCs w:val="28"/>
        </w:rPr>
        <w:t xml:space="preserve"> </w:t>
      </w:r>
      <w:proofErr w:type="spellStart"/>
      <w:r w:rsidR="004151B3">
        <w:rPr>
          <w:rFonts w:ascii="Poppins Medium" w:hAnsi="Poppins Medium" w:cs="Poppins Medium"/>
          <w:b/>
          <w:sz w:val="22"/>
          <w:szCs w:val="28"/>
        </w:rPr>
        <w:t>inclusief</w:t>
      </w:r>
      <w:proofErr w:type="spellEnd"/>
      <w:r w:rsidR="004151B3">
        <w:rPr>
          <w:rFonts w:ascii="Poppins Medium" w:hAnsi="Poppins Medium" w:cs="Poppins Medium"/>
          <w:b/>
          <w:sz w:val="22"/>
          <w:szCs w:val="28"/>
        </w:rPr>
        <w:t xml:space="preserve"> </w:t>
      </w:r>
      <w:proofErr w:type="spellStart"/>
      <w:r w:rsidRPr="0066621D">
        <w:rPr>
          <w:rFonts w:ascii="Poppins Medium" w:hAnsi="Poppins Medium" w:cs="Poppins Medium"/>
          <w:b/>
          <w:sz w:val="22"/>
          <w:szCs w:val="28"/>
        </w:rPr>
        <w:t>verzekering</w:t>
      </w:r>
      <w:proofErr w:type="spellEnd"/>
      <w:r w:rsidRPr="0066621D">
        <w:rPr>
          <w:rFonts w:ascii="Poppins Medium" w:hAnsi="Poppins Medium" w:cs="Poppins Medium"/>
          <w:b/>
          <w:sz w:val="22"/>
          <w:szCs w:val="28"/>
        </w:rPr>
        <w:t xml:space="preserve">:  </w:t>
      </w:r>
      <w:r w:rsidR="0066621D">
        <w:rPr>
          <w:rFonts w:ascii="Poppins Medium" w:hAnsi="Poppins Medium" w:cs="Poppins Medium"/>
          <w:b/>
          <w:sz w:val="22"/>
          <w:szCs w:val="28"/>
        </w:rPr>
        <w:t>€</w:t>
      </w:r>
      <w:r w:rsidRPr="0066621D">
        <w:rPr>
          <w:rFonts w:ascii="Poppins Medium" w:hAnsi="Poppins Medium" w:cs="Poppins Medium"/>
          <w:b/>
          <w:sz w:val="22"/>
          <w:szCs w:val="28"/>
        </w:rPr>
        <w:t xml:space="preserve"> </w:t>
      </w:r>
      <w:r w:rsidR="0066621D">
        <w:rPr>
          <w:rFonts w:ascii="Poppins Medium" w:hAnsi="Poppins Medium" w:cs="Poppins Medium"/>
          <w:b/>
          <w:sz w:val="22"/>
          <w:szCs w:val="28"/>
        </w:rPr>
        <w:t xml:space="preserve"> </w:t>
      </w:r>
    </w:p>
    <w:p w14:paraId="4860EF04" w14:textId="77777777" w:rsidR="00ED431D" w:rsidRPr="0066621D" w:rsidRDefault="008A6FD2">
      <w:pPr>
        <w:spacing w:before="40" w:after="20"/>
        <w:rPr>
          <w:rFonts w:ascii="Poppins Medium" w:hAnsi="Poppins Medium" w:cs="Poppins Medium"/>
          <w:sz w:val="22"/>
          <w:szCs w:val="28"/>
        </w:rPr>
      </w:pPr>
      <w:r w:rsidRPr="0066621D">
        <w:rPr>
          <w:rFonts w:ascii="Poppins Medium" w:hAnsi="Poppins Medium" w:cs="Poppins Medium"/>
          <w:b/>
          <w:sz w:val="22"/>
          <w:szCs w:val="28"/>
        </w:rPr>
        <w:t>Toelichting</w:t>
      </w:r>
    </w:p>
    <w:p w14:paraId="49BE46D1" w14:textId="77777777" w:rsidR="00ED431D" w:rsidRPr="0066621D" w:rsidRDefault="008A6FD2">
      <w:pPr>
        <w:spacing w:after="0"/>
        <w:ind w:left="198" w:hanging="142"/>
        <w:rPr>
          <w:rFonts w:ascii="Poppins Medium" w:hAnsi="Poppins Medium" w:cs="Poppins Medium"/>
          <w:sz w:val="28"/>
          <w:szCs w:val="36"/>
        </w:rPr>
      </w:pPr>
      <w:r w:rsidRPr="0066621D">
        <w:rPr>
          <w:rFonts w:ascii="Poppins Medium" w:hAnsi="Poppins Medium" w:cs="Poppins Medium"/>
          <w:sz w:val="22"/>
          <w:szCs w:val="36"/>
        </w:rPr>
        <w:t>• Raadpleeg bij het invullen het vraagprogramma van de NBvV - Vraagprogramma 2025/2029.</w:t>
      </w:r>
    </w:p>
    <w:p w14:paraId="23AF9C04" w14:textId="77777777" w:rsidR="00ED431D" w:rsidRPr="0066621D" w:rsidRDefault="008A6FD2">
      <w:pPr>
        <w:spacing w:after="0"/>
        <w:ind w:left="198" w:hanging="142"/>
        <w:rPr>
          <w:rFonts w:ascii="Poppins Medium" w:hAnsi="Poppins Medium" w:cs="Poppins Medium"/>
          <w:sz w:val="28"/>
          <w:szCs w:val="36"/>
        </w:rPr>
      </w:pPr>
      <w:r w:rsidRPr="0066621D">
        <w:rPr>
          <w:rFonts w:ascii="Poppins Medium" w:hAnsi="Poppins Medium" w:cs="Poppins Medium"/>
          <w:sz w:val="22"/>
          <w:szCs w:val="36"/>
        </w:rPr>
        <w:t>• Vermeld duidelijk het klassenummer en de soort en/of kleurslag van de vogel.</w:t>
      </w:r>
    </w:p>
    <w:p w14:paraId="230101FF" w14:textId="0ECDAC5F" w:rsidR="00ED431D" w:rsidRPr="0066621D" w:rsidRDefault="008A6FD2">
      <w:pPr>
        <w:spacing w:after="0"/>
        <w:ind w:left="198" w:hanging="142"/>
        <w:rPr>
          <w:rFonts w:ascii="Poppins Medium" w:hAnsi="Poppins Medium" w:cs="Poppins Medium"/>
          <w:b/>
          <w:bCs/>
          <w:i/>
          <w:iCs/>
          <w:sz w:val="28"/>
          <w:szCs w:val="36"/>
        </w:rPr>
      </w:pPr>
      <w:r w:rsidRPr="0066621D">
        <w:rPr>
          <w:rFonts w:ascii="Poppins Medium" w:hAnsi="Poppins Medium" w:cs="Poppins Medium"/>
          <w:b/>
          <w:bCs/>
          <w:i/>
          <w:iCs/>
          <w:sz w:val="22"/>
          <w:szCs w:val="36"/>
        </w:rPr>
        <w:t xml:space="preserve">• </w:t>
      </w:r>
      <w:proofErr w:type="spellStart"/>
      <w:r w:rsidRPr="0066621D">
        <w:rPr>
          <w:rFonts w:ascii="Poppins Medium" w:hAnsi="Poppins Medium" w:cs="Poppins Medium"/>
          <w:b/>
          <w:bCs/>
          <w:i/>
          <w:iCs/>
          <w:sz w:val="22"/>
          <w:szCs w:val="36"/>
        </w:rPr>
        <w:t>Soort</w:t>
      </w:r>
      <w:proofErr w:type="spellEnd"/>
      <w:r w:rsidRPr="0066621D">
        <w:rPr>
          <w:rFonts w:ascii="Poppins Medium" w:hAnsi="Poppins Medium" w:cs="Poppins Medium"/>
          <w:b/>
          <w:bCs/>
          <w:i/>
          <w:iCs/>
          <w:sz w:val="22"/>
          <w:szCs w:val="36"/>
        </w:rPr>
        <w:t xml:space="preserve"> </w:t>
      </w:r>
      <w:proofErr w:type="spellStart"/>
      <w:r w:rsidRPr="0066621D">
        <w:rPr>
          <w:rFonts w:ascii="Poppins Medium" w:hAnsi="Poppins Medium" w:cs="Poppins Medium"/>
          <w:b/>
          <w:bCs/>
          <w:i/>
          <w:iCs/>
          <w:sz w:val="22"/>
          <w:szCs w:val="36"/>
        </w:rPr>
        <w:t>kooi</w:t>
      </w:r>
      <w:proofErr w:type="spellEnd"/>
      <w:r w:rsidR="007318C8">
        <w:rPr>
          <w:rFonts w:ascii="Poppins Medium" w:hAnsi="Poppins Medium" w:cs="Poppins Medium"/>
          <w:b/>
          <w:bCs/>
          <w:i/>
          <w:iCs/>
          <w:sz w:val="22"/>
          <w:szCs w:val="36"/>
        </w:rPr>
        <w:t xml:space="preserve">: </w:t>
      </w:r>
      <w:r w:rsidRPr="0066621D">
        <w:rPr>
          <w:rFonts w:ascii="Poppins Medium" w:hAnsi="Poppins Medium" w:cs="Poppins Medium"/>
          <w:b/>
          <w:bCs/>
          <w:i/>
          <w:iCs/>
          <w:sz w:val="22"/>
          <w:szCs w:val="36"/>
        </w:rPr>
        <w:t xml:space="preserve">U = </w:t>
      </w:r>
      <w:proofErr w:type="spellStart"/>
      <w:r w:rsidRPr="0066621D">
        <w:rPr>
          <w:rFonts w:ascii="Poppins Medium" w:hAnsi="Poppins Medium" w:cs="Poppins Medium"/>
          <w:b/>
          <w:bCs/>
          <w:i/>
          <w:iCs/>
          <w:sz w:val="22"/>
          <w:szCs w:val="36"/>
        </w:rPr>
        <w:t>universeelkooi</w:t>
      </w:r>
      <w:proofErr w:type="spellEnd"/>
      <w:r w:rsidRPr="0066621D">
        <w:rPr>
          <w:rFonts w:ascii="Poppins Medium" w:hAnsi="Poppins Medium" w:cs="Poppins Medium"/>
          <w:b/>
          <w:bCs/>
          <w:i/>
          <w:iCs/>
          <w:sz w:val="22"/>
          <w:szCs w:val="36"/>
        </w:rPr>
        <w:t xml:space="preserve">, G = </w:t>
      </w:r>
      <w:proofErr w:type="spellStart"/>
      <w:r w:rsidRPr="0066621D">
        <w:rPr>
          <w:rFonts w:ascii="Poppins Medium" w:hAnsi="Poppins Medium" w:cs="Poppins Medium"/>
          <w:b/>
          <w:bCs/>
          <w:i/>
          <w:iCs/>
          <w:sz w:val="22"/>
          <w:szCs w:val="36"/>
        </w:rPr>
        <w:t>grote</w:t>
      </w:r>
      <w:proofErr w:type="spellEnd"/>
      <w:r w:rsidRPr="0066621D">
        <w:rPr>
          <w:rFonts w:ascii="Poppins Medium" w:hAnsi="Poppins Medium" w:cs="Poppins Medium"/>
          <w:b/>
          <w:bCs/>
          <w:i/>
          <w:iCs/>
          <w:sz w:val="22"/>
          <w:szCs w:val="36"/>
        </w:rPr>
        <w:t xml:space="preserve"> kooi, K = klapkooi.</w:t>
      </w:r>
    </w:p>
    <w:p w14:paraId="78B6647B" w14:textId="77777777" w:rsidR="00ED431D" w:rsidRPr="0066621D" w:rsidRDefault="008A6FD2">
      <w:pPr>
        <w:spacing w:before="40" w:after="40"/>
        <w:rPr>
          <w:rFonts w:ascii="Poppins Medium" w:hAnsi="Poppins Medium" w:cs="Poppins Medium"/>
          <w:sz w:val="22"/>
          <w:szCs w:val="28"/>
        </w:rPr>
      </w:pPr>
      <w:r w:rsidRPr="0066621D">
        <w:rPr>
          <w:rFonts w:ascii="Poppins Medium" w:hAnsi="Poppins Medium" w:cs="Poppins Medium"/>
          <w:sz w:val="22"/>
          <w:szCs w:val="36"/>
        </w:rPr>
        <w:t xml:space="preserve">Ondergetekende verklaart dat de hiervoor vermelde inschrijving zijn/haar eigendom is en dat hij/zij inschrijft onder de voor deze tentoonstelling geldende </w:t>
      </w:r>
      <w:r w:rsidRPr="0066621D">
        <w:rPr>
          <w:rFonts w:ascii="Poppins Medium" w:hAnsi="Poppins Medium" w:cs="Poppins Medium"/>
          <w:szCs w:val="28"/>
        </w:rPr>
        <w:t>bepalingen.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2691"/>
        <w:gridCol w:w="2690"/>
        <w:gridCol w:w="2691"/>
        <w:gridCol w:w="2690"/>
      </w:tblGrid>
      <w:tr w:rsidR="00ED431D" w:rsidRPr="0066621D" w14:paraId="103A2A96" w14:textId="77777777">
        <w:trPr>
          <w:trHeight w:val="454"/>
          <w:jc w:val="center"/>
        </w:trPr>
        <w:tc>
          <w:tcPr>
            <w:tcW w:w="2693" w:type="dxa"/>
            <w:shd w:val="clear" w:color="auto" w:fill="E8F0E9"/>
            <w:vAlign w:val="center"/>
          </w:tcPr>
          <w:p w14:paraId="0839C284" w14:textId="77777777" w:rsidR="00ED431D" w:rsidRPr="0066621D" w:rsidRDefault="008A6FD2">
            <w:pPr>
              <w:rPr>
                <w:rFonts w:ascii="Poppins Medium" w:hAnsi="Poppins Medium" w:cs="Poppins Medium"/>
              </w:rPr>
            </w:pPr>
            <w:r w:rsidRPr="0066621D">
              <w:rPr>
                <w:rFonts w:ascii="Poppins Medium" w:hAnsi="Poppins Medium" w:cs="Poppins Medium"/>
                <w:b/>
                <w:sz w:val="17"/>
              </w:rPr>
              <w:t>Datum:</w:t>
            </w:r>
          </w:p>
        </w:tc>
        <w:tc>
          <w:tcPr>
            <w:tcW w:w="2693" w:type="dxa"/>
            <w:vAlign w:val="center"/>
          </w:tcPr>
          <w:p w14:paraId="2AE7F0EF" w14:textId="77777777" w:rsidR="0066621D" w:rsidRPr="0066621D" w:rsidRDefault="0066621D">
            <w:pPr>
              <w:rPr>
                <w:rFonts w:ascii="Poppins Medium" w:hAnsi="Poppins Medium" w:cs="Poppins Medium"/>
              </w:rPr>
            </w:pPr>
          </w:p>
        </w:tc>
        <w:tc>
          <w:tcPr>
            <w:tcW w:w="2693" w:type="dxa"/>
            <w:shd w:val="clear" w:color="auto" w:fill="E8F0E9"/>
            <w:vAlign w:val="center"/>
          </w:tcPr>
          <w:p w14:paraId="1F12D665" w14:textId="77777777" w:rsidR="00ED431D" w:rsidRPr="0066621D" w:rsidRDefault="008A6FD2">
            <w:pPr>
              <w:rPr>
                <w:rFonts w:ascii="Poppins Medium" w:hAnsi="Poppins Medium" w:cs="Poppins Medium"/>
              </w:rPr>
            </w:pPr>
            <w:r w:rsidRPr="0066621D">
              <w:rPr>
                <w:rFonts w:ascii="Poppins Medium" w:hAnsi="Poppins Medium" w:cs="Poppins Medium"/>
                <w:b/>
                <w:sz w:val="17"/>
              </w:rPr>
              <w:t>Handtekening:</w:t>
            </w:r>
          </w:p>
        </w:tc>
        <w:tc>
          <w:tcPr>
            <w:tcW w:w="2693" w:type="dxa"/>
            <w:vAlign w:val="center"/>
          </w:tcPr>
          <w:p w14:paraId="30B7A4CD" w14:textId="48B96012" w:rsidR="0066621D" w:rsidRPr="0066621D" w:rsidRDefault="0066621D">
            <w:pPr>
              <w:rPr>
                <w:rFonts w:ascii="Poppins Medium" w:hAnsi="Poppins Medium" w:cs="Poppins Medium"/>
              </w:rPr>
            </w:pPr>
          </w:p>
        </w:tc>
      </w:tr>
    </w:tbl>
    <w:p w14:paraId="2E479A69" w14:textId="77777777" w:rsidR="0066621D" w:rsidRDefault="0066621D" w:rsidP="0066621D">
      <w:pPr>
        <w:spacing w:before="80" w:after="0"/>
        <w:rPr>
          <w:rFonts w:ascii="Poppins Medium" w:hAnsi="Poppins Medium" w:cs="Poppins Medium"/>
          <w:b/>
          <w:sz w:val="17"/>
        </w:rPr>
      </w:pPr>
    </w:p>
    <w:p w14:paraId="2280755D" w14:textId="3B93C05E" w:rsidR="00ED431D" w:rsidRPr="0066621D" w:rsidRDefault="008A6FD2" w:rsidP="0066621D">
      <w:pPr>
        <w:spacing w:before="80" w:after="0"/>
        <w:jc w:val="center"/>
        <w:rPr>
          <w:rFonts w:ascii="Poppins Medium" w:hAnsi="Poppins Medium" w:cs="Poppins Medium"/>
        </w:rPr>
      </w:pPr>
      <w:r w:rsidRPr="0066621D">
        <w:rPr>
          <w:rFonts w:ascii="Poppins Medium" w:hAnsi="Poppins Medium" w:cs="Poppins Medium"/>
          <w:b/>
          <w:sz w:val="17"/>
        </w:rPr>
        <w:t xml:space="preserve">DE </w:t>
      </w:r>
      <w:proofErr w:type="gramStart"/>
      <w:r w:rsidRPr="0066621D">
        <w:rPr>
          <w:rFonts w:ascii="Poppins Medium" w:hAnsi="Poppins Medium" w:cs="Poppins Medium"/>
          <w:b/>
          <w:sz w:val="17"/>
        </w:rPr>
        <w:t>VOGELVRIEND  •</w:t>
      </w:r>
      <w:proofErr w:type="gramEnd"/>
      <w:r w:rsidRPr="0066621D">
        <w:rPr>
          <w:rFonts w:ascii="Poppins Medium" w:hAnsi="Poppins Medium" w:cs="Poppins Medium"/>
          <w:b/>
          <w:sz w:val="17"/>
        </w:rPr>
        <w:t xml:space="preserve">  SPRANG-</w:t>
      </w:r>
      <w:proofErr w:type="gramStart"/>
      <w:r w:rsidRPr="0066621D">
        <w:rPr>
          <w:rFonts w:ascii="Poppins Medium" w:hAnsi="Poppins Medium" w:cs="Poppins Medium"/>
          <w:b/>
          <w:sz w:val="17"/>
        </w:rPr>
        <w:t>CAPELLE  •</w:t>
      </w:r>
      <w:proofErr w:type="gramEnd"/>
      <w:r w:rsidRPr="0066621D">
        <w:rPr>
          <w:rFonts w:ascii="Poppins Medium" w:hAnsi="Poppins Medium" w:cs="Poppins Medium"/>
          <w:b/>
          <w:sz w:val="17"/>
        </w:rPr>
        <w:t xml:space="preserve">  ANNO 1953</w:t>
      </w:r>
    </w:p>
    <w:sectPr w:rsidR="00ED431D" w:rsidRPr="0066621D" w:rsidSect="00034616">
      <w:pgSz w:w="11906" w:h="16838"/>
      <w:pgMar w:top="454" w:right="567" w:bottom="45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oppins Medium"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4879976">
    <w:abstractNumId w:val="8"/>
  </w:num>
  <w:num w:numId="2" w16cid:durableId="636573327">
    <w:abstractNumId w:val="6"/>
  </w:num>
  <w:num w:numId="3" w16cid:durableId="1853304046">
    <w:abstractNumId w:val="5"/>
  </w:num>
  <w:num w:numId="4" w16cid:durableId="519046698">
    <w:abstractNumId w:val="4"/>
  </w:num>
  <w:num w:numId="5" w16cid:durableId="1692952926">
    <w:abstractNumId w:val="7"/>
  </w:num>
  <w:num w:numId="6" w16cid:durableId="1288123466">
    <w:abstractNumId w:val="3"/>
  </w:num>
  <w:num w:numId="7" w16cid:durableId="1427726810">
    <w:abstractNumId w:val="2"/>
  </w:num>
  <w:num w:numId="8" w16cid:durableId="1319577524">
    <w:abstractNumId w:val="1"/>
  </w:num>
  <w:num w:numId="9" w16cid:durableId="574316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5B46"/>
    <w:rsid w:val="0015074B"/>
    <w:rsid w:val="0029639D"/>
    <w:rsid w:val="00326F90"/>
    <w:rsid w:val="00370C5A"/>
    <w:rsid w:val="004151B3"/>
    <w:rsid w:val="0066621D"/>
    <w:rsid w:val="007030EF"/>
    <w:rsid w:val="007318C8"/>
    <w:rsid w:val="007A2EDC"/>
    <w:rsid w:val="00897CA1"/>
    <w:rsid w:val="008A6FD2"/>
    <w:rsid w:val="00946A74"/>
    <w:rsid w:val="009B16CD"/>
    <w:rsid w:val="00AA1D8D"/>
    <w:rsid w:val="00B463D4"/>
    <w:rsid w:val="00B47730"/>
    <w:rsid w:val="00BB5E1F"/>
    <w:rsid w:val="00CB0664"/>
    <w:rsid w:val="00ED43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10D6"/>
  <w14:defaultImageDpi w14:val="300"/>
  <w15:docId w15:val="{25D08F70-C61E-4BB3-BF2E-4B6251C6E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rial" w:hAnsi="Arial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165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Nathalie van Dongen</cp:lastModifiedBy>
  <cp:revision>10</cp:revision>
  <dcterms:created xsi:type="dcterms:W3CDTF">2026-09-22T14:04:00Z</dcterms:created>
  <dcterms:modified xsi:type="dcterms:W3CDTF">2026-10-15T09:48:00Z</dcterms:modified>
  <cp:category/>
</cp:coreProperties>
</file>